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5CEF" w14:textId="77777777" w:rsidR="002C6A0A" w:rsidRDefault="002C6A0A" w:rsidP="00693658">
      <w:pPr>
        <w:rPr>
          <w:b/>
          <w:bCs/>
          <w:sz w:val="30"/>
          <w:lang w:val="es-ES"/>
        </w:rPr>
      </w:pPr>
    </w:p>
    <w:p w14:paraId="157A37D1" w14:textId="511CB570" w:rsidR="00FE67C8" w:rsidRPr="003E72B4" w:rsidRDefault="00FE67C8" w:rsidP="003E72B4">
      <w:pPr>
        <w:jc w:val="center"/>
        <w:rPr>
          <w:b/>
          <w:bCs/>
          <w:sz w:val="30"/>
          <w:lang w:val="es-ES"/>
        </w:rPr>
      </w:pPr>
      <w:r w:rsidRPr="003E72B4">
        <w:rPr>
          <w:b/>
          <w:bCs/>
          <w:sz w:val="30"/>
          <w:lang w:val="es-ES"/>
        </w:rPr>
        <w:t>ANEXO 1</w:t>
      </w:r>
      <w:r w:rsidRPr="003E72B4">
        <w:rPr>
          <w:b/>
          <w:bCs/>
          <w:sz w:val="30"/>
          <w:lang w:val="es-ES"/>
        </w:rPr>
        <w:br/>
        <w:t>FICHA DE SOLICITUD DE REPARACIÓN</w:t>
      </w:r>
    </w:p>
    <w:p w14:paraId="22F54644" w14:textId="446FE476" w:rsidR="00FE67C8" w:rsidRPr="00330BB8" w:rsidRDefault="00FE67C8" w:rsidP="00330BB8">
      <w:pPr>
        <w:jc w:val="both"/>
        <w:rPr>
          <w:lang w:val="es-ES"/>
        </w:rPr>
      </w:pPr>
      <w:r w:rsidRPr="00330BB8">
        <w:rPr>
          <w:lang w:val="es-ES"/>
        </w:rPr>
        <w:t>Fondo de Apoyo al Mantenimiento de Plataformas y Equipamiento Mediano y Mayor</w:t>
      </w:r>
      <w:r w:rsidRPr="00330BB8">
        <w:rPr>
          <w:lang w:val="es-ES"/>
        </w:rPr>
        <w:br/>
        <w:t>Decreto N.°17/SG/2026</w:t>
      </w:r>
    </w:p>
    <w:p w14:paraId="1B222D81" w14:textId="139C4C3A" w:rsidR="00FE67C8" w:rsidRPr="00330BB8" w:rsidRDefault="00FE67C8" w:rsidP="00330BB8">
      <w:pPr>
        <w:pStyle w:val="Ttulo2"/>
        <w:jc w:val="both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A. Identificación de la unidad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86"/>
        <w:gridCol w:w="4664"/>
      </w:tblGrid>
      <w:tr w:rsidR="00FE67C8" w:rsidRPr="00330BB8" w14:paraId="70428699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6E24F9E0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1B92F80B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Información</w:t>
            </w:r>
          </w:p>
        </w:tc>
      </w:tr>
      <w:tr w:rsidR="00FE67C8" w:rsidRPr="00330BB8" w14:paraId="44EB5425" w14:textId="77777777" w:rsidTr="00E77293">
        <w:trPr>
          <w:jc w:val="center"/>
        </w:trPr>
        <w:tc>
          <w:tcPr>
            <w:tcW w:w="4703" w:type="dxa"/>
            <w:vAlign w:val="center"/>
          </w:tcPr>
          <w:p w14:paraId="43329C29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Unidad responsable</w:t>
            </w:r>
          </w:p>
        </w:tc>
        <w:tc>
          <w:tcPr>
            <w:tcW w:w="4703" w:type="dxa"/>
            <w:vAlign w:val="center"/>
          </w:tcPr>
          <w:p w14:paraId="079D9F0C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133B189F" w14:textId="77777777" w:rsidTr="00E77293">
        <w:trPr>
          <w:jc w:val="center"/>
        </w:trPr>
        <w:tc>
          <w:tcPr>
            <w:tcW w:w="4703" w:type="dxa"/>
            <w:vAlign w:val="center"/>
          </w:tcPr>
          <w:p w14:paraId="1307DF8B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Facultad/Instituto/Centro/Unidad</w:t>
            </w:r>
          </w:p>
        </w:tc>
        <w:tc>
          <w:tcPr>
            <w:tcW w:w="4703" w:type="dxa"/>
            <w:vAlign w:val="center"/>
          </w:tcPr>
          <w:p w14:paraId="301791A4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5E01D2D2" w14:textId="77777777" w:rsidTr="00E77293">
        <w:trPr>
          <w:jc w:val="center"/>
        </w:trPr>
        <w:tc>
          <w:tcPr>
            <w:tcW w:w="4703" w:type="dxa"/>
            <w:vAlign w:val="center"/>
          </w:tcPr>
          <w:p w14:paraId="5D2C4FA5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Responsable de la solicitud</w:t>
            </w:r>
          </w:p>
        </w:tc>
        <w:tc>
          <w:tcPr>
            <w:tcW w:w="4703" w:type="dxa"/>
            <w:vAlign w:val="center"/>
          </w:tcPr>
          <w:p w14:paraId="07F85C83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05B488FE" w14:textId="77777777" w:rsidTr="00E77293">
        <w:trPr>
          <w:jc w:val="center"/>
        </w:trPr>
        <w:tc>
          <w:tcPr>
            <w:tcW w:w="4703" w:type="dxa"/>
            <w:vAlign w:val="center"/>
          </w:tcPr>
          <w:p w14:paraId="0701BC34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Cargo</w:t>
            </w:r>
          </w:p>
        </w:tc>
        <w:tc>
          <w:tcPr>
            <w:tcW w:w="4703" w:type="dxa"/>
            <w:vAlign w:val="center"/>
          </w:tcPr>
          <w:p w14:paraId="689DB84E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12E79797" w14:textId="77777777" w:rsidTr="00E77293">
        <w:trPr>
          <w:jc w:val="center"/>
        </w:trPr>
        <w:tc>
          <w:tcPr>
            <w:tcW w:w="4703" w:type="dxa"/>
            <w:vAlign w:val="center"/>
          </w:tcPr>
          <w:p w14:paraId="79F82707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Calidad contractual</w:t>
            </w:r>
          </w:p>
        </w:tc>
        <w:tc>
          <w:tcPr>
            <w:tcW w:w="4703" w:type="dxa"/>
            <w:vAlign w:val="center"/>
          </w:tcPr>
          <w:p w14:paraId="3FFE1E92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36DF4EDA" w14:textId="77777777" w:rsidTr="00E77293">
        <w:trPr>
          <w:jc w:val="center"/>
        </w:trPr>
        <w:tc>
          <w:tcPr>
            <w:tcW w:w="4703" w:type="dxa"/>
            <w:vAlign w:val="center"/>
          </w:tcPr>
          <w:p w14:paraId="59AF3972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Correo electrónico</w:t>
            </w:r>
          </w:p>
        </w:tc>
        <w:tc>
          <w:tcPr>
            <w:tcW w:w="4703" w:type="dxa"/>
            <w:vAlign w:val="center"/>
          </w:tcPr>
          <w:p w14:paraId="323BB018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330BB8" w14:paraId="7A007B10" w14:textId="77777777" w:rsidTr="00E77293">
        <w:trPr>
          <w:jc w:val="center"/>
        </w:trPr>
        <w:tc>
          <w:tcPr>
            <w:tcW w:w="4703" w:type="dxa"/>
            <w:vAlign w:val="center"/>
          </w:tcPr>
          <w:p w14:paraId="2FE0DBA3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>Teléfono</w:t>
            </w:r>
          </w:p>
        </w:tc>
        <w:tc>
          <w:tcPr>
            <w:tcW w:w="4703" w:type="dxa"/>
            <w:vAlign w:val="center"/>
          </w:tcPr>
          <w:p w14:paraId="6056B8E8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  <w:tr w:rsidR="00FE67C8" w:rsidRPr="00693658" w14:paraId="3DB16FAA" w14:textId="77777777" w:rsidTr="00E77293">
        <w:trPr>
          <w:jc w:val="center"/>
        </w:trPr>
        <w:tc>
          <w:tcPr>
            <w:tcW w:w="4703" w:type="dxa"/>
            <w:vAlign w:val="center"/>
          </w:tcPr>
          <w:p w14:paraId="7F7E0C65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  <w:r w:rsidRPr="00330BB8">
              <w:rPr>
                <w:lang w:val="es-ES"/>
              </w:rPr>
              <w:t xml:space="preserve">Jefatura/directivo que otorga </w:t>
            </w:r>
            <w:proofErr w:type="spellStart"/>
            <w:r w:rsidRPr="00330BB8">
              <w:rPr>
                <w:lang w:val="es-ES"/>
              </w:rPr>
              <w:t>V.°B.°</w:t>
            </w:r>
            <w:proofErr w:type="spellEnd"/>
          </w:p>
        </w:tc>
        <w:tc>
          <w:tcPr>
            <w:tcW w:w="4703" w:type="dxa"/>
            <w:vAlign w:val="center"/>
          </w:tcPr>
          <w:p w14:paraId="21AE7B00" w14:textId="77777777" w:rsidR="00FE67C8" w:rsidRPr="00330BB8" w:rsidRDefault="00FE67C8" w:rsidP="00330BB8">
            <w:pPr>
              <w:spacing w:line="276" w:lineRule="auto"/>
              <w:jc w:val="both"/>
              <w:rPr>
                <w:lang w:val="es-ES"/>
              </w:rPr>
            </w:pPr>
          </w:p>
        </w:tc>
      </w:tr>
    </w:tbl>
    <w:p w14:paraId="54BB841A" w14:textId="5B159D3B" w:rsidR="00FE67C8" w:rsidRPr="00330BB8" w:rsidRDefault="00FE67C8" w:rsidP="00330BB8">
      <w:pPr>
        <w:jc w:val="both"/>
        <w:rPr>
          <w:lang w:val="es-ES"/>
        </w:rPr>
      </w:pPr>
      <w:r w:rsidRPr="00330BB8">
        <w:rPr>
          <w:lang w:val="es-ES"/>
        </w:rPr>
        <w:t>B. Identificación del equipo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8"/>
        <w:gridCol w:w="4672"/>
      </w:tblGrid>
      <w:tr w:rsidR="00FE67C8" w:rsidRPr="00330BB8" w14:paraId="6798DB3E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673DBD6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6989BA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Información</w:t>
            </w:r>
          </w:p>
        </w:tc>
      </w:tr>
      <w:tr w:rsidR="00FE67C8" w:rsidRPr="00330BB8" w14:paraId="08A7C9F5" w14:textId="77777777" w:rsidTr="00E77293">
        <w:trPr>
          <w:jc w:val="center"/>
        </w:trPr>
        <w:tc>
          <w:tcPr>
            <w:tcW w:w="4703" w:type="dxa"/>
            <w:vAlign w:val="center"/>
          </w:tcPr>
          <w:p w14:paraId="6E1FB77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Nombre del equipo/plataforma</w:t>
            </w:r>
          </w:p>
        </w:tc>
        <w:tc>
          <w:tcPr>
            <w:tcW w:w="4703" w:type="dxa"/>
            <w:vAlign w:val="center"/>
          </w:tcPr>
          <w:p w14:paraId="51CEE15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2FE7FE29" w14:textId="77777777" w:rsidTr="00E77293">
        <w:trPr>
          <w:jc w:val="center"/>
        </w:trPr>
        <w:tc>
          <w:tcPr>
            <w:tcW w:w="4703" w:type="dxa"/>
            <w:vAlign w:val="center"/>
          </w:tcPr>
          <w:p w14:paraId="27FB7F7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Marca</w:t>
            </w:r>
          </w:p>
        </w:tc>
        <w:tc>
          <w:tcPr>
            <w:tcW w:w="4703" w:type="dxa"/>
            <w:vAlign w:val="center"/>
          </w:tcPr>
          <w:p w14:paraId="7654D7C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44B028F3" w14:textId="77777777" w:rsidTr="00E77293">
        <w:trPr>
          <w:jc w:val="center"/>
        </w:trPr>
        <w:tc>
          <w:tcPr>
            <w:tcW w:w="4703" w:type="dxa"/>
            <w:vAlign w:val="center"/>
          </w:tcPr>
          <w:p w14:paraId="720E3C3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Modelo</w:t>
            </w:r>
          </w:p>
        </w:tc>
        <w:tc>
          <w:tcPr>
            <w:tcW w:w="4703" w:type="dxa"/>
            <w:vAlign w:val="center"/>
          </w:tcPr>
          <w:p w14:paraId="272800B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2549DBB8" w14:textId="77777777" w:rsidTr="00E77293">
        <w:trPr>
          <w:jc w:val="center"/>
        </w:trPr>
        <w:tc>
          <w:tcPr>
            <w:tcW w:w="4703" w:type="dxa"/>
            <w:vAlign w:val="center"/>
          </w:tcPr>
          <w:p w14:paraId="351FBC2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proofErr w:type="spellStart"/>
            <w:r w:rsidRPr="00330BB8">
              <w:rPr>
                <w:lang w:val="es-ES"/>
              </w:rPr>
              <w:t>N.°</w:t>
            </w:r>
            <w:proofErr w:type="spellEnd"/>
            <w:r w:rsidRPr="00330BB8">
              <w:rPr>
                <w:lang w:val="es-ES"/>
              </w:rPr>
              <w:t xml:space="preserve"> de inventario</w:t>
            </w:r>
          </w:p>
        </w:tc>
        <w:tc>
          <w:tcPr>
            <w:tcW w:w="4703" w:type="dxa"/>
            <w:vAlign w:val="center"/>
          </w:tcPr>
          <w:p w14:paraId="1D82281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030049B6" w14:textId="77777777" w:rsidTr="00E77293">
        <w:trPr>
          <w:jc w:val="center"/>
        </w:trPr>
        <w:tc>
          <w:tcPr>
            <w:tcW w:w="4703" w:type="dxa"/>
            <w:vAlign w:val="center"/>
          </w:tcPr>
          <w:p w14:paraId="1D7EED0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Año aproximado de adquisición</w:t>
            </w:r>
          </w:p>
        </w:tc>
        <w:tc>
          <w:tcPr>
            <w:tcW w:w="4703" w:type="dxa"/>
            <w:vAlign w:val="center"/>
          </w:tcPr>
          <w:p w14:paraId="2956D39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7E66575A" w14:textId="77777777" w:rsidTr="00E77293">
        <w:trPr>
          <w:jc w:val="center"/>
        </w:trPr>
        <w:tc>
          <w:tcPr>
            <w:tcW w:w="4703" w:type="dxa"/>
            <w:vAlign w:val="center"/>
          </w:tcPr>
          <w:p w14:paraId="3D18764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Ubicación</w:t>
            </w:r>
          </w:p>
        </w:tc>
        <w:tc>
          <w:tcPr>
            <w:tcW w:w="4703" w:type="dxa"/>
            <w:vAlign w:val="center"/>
          </w:tcPr>
          <w:p w14:paraId="6E7E4D3F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0BC73D1F" w14:textId="77777777" w:rsidTr="00E77293">
        <w:trPr>
          <w:jc w:val="center"/>
        </w:trPr>
        <w:tc>
          <w:tcPr>
            <w:tcW w:w="4703" w:type="dxa"/>
            <w:vAlign w:val="center"/>
          </w:tcPr>
          <w:p w14:paraId="3732266F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Responsable del equipo</w:t>
            </w:r>
          </w:p>
        </w:tc>
        <w:tc>
          <w:tcPr>
            <w:tcW w:w="4703" w:type="dxa"/>
            <w:vAlign w:val="center"/>
          </w:tcPr>
          <w:p w14:paraId="19F94B3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</w:tbl>
    <w:p w14:paraId="6188F9EE" w14:textId="75809451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C. Situación del equipo</w:t>
      </w:r>
    </w:p>
    <w:p w14:paraId="2C7CBBF4" w14:textId="60C6E142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1. Describa la falla o problema que presenta el equipo: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59A7628C" w14:textId="48BC8827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2. ¿Desde cuándo presenta la falla?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115F1E53" w14:textId="03C01E95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3. Estado actual del equipo: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Fuera de funcionamiento  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Funcionamiento parcial  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Funcionamiento con restricciones  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Otro: __________</w:t>
      </w:r>
    </w:p>
    <w:p w14:paraId="6D47776B" w14:textId="7C61E882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lastRenderedPageBreak/>
        <w:t>D. Reparación solicitada</w:t>
      </w:r>
    </w:p>
    <w:p w14:paraId="1854936B" w14:textId="5321ADC6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4. Describa la reparación requerida: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705DFF21" w14:textId="4E146A02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5. Diagnóstico técnico: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7B250414" w14:textId="0033A9D8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6. Proveedor propuesto: _________________________________________________________</w:t>
      </w:r>
    </w:p>
    <w:p w14:paraId="4EA48196" w14:textId="59077226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7. Monto total de la reparación: $_______________________________________________</w:t>
      </w:r>
    </w:p>
    <w:p w14:paraId="271AF810" w14:textId="0DB2FBDE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 xml:space="preserve">8. ¿Se adjunta cotización?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Sí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No</w:t>
      </w:r>
    </w:p>
    <w:p w14:paraId="53100FBC" w14:textId="26753044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E. Uso científico-tecnológico</w:t>
      </w:r>
    </w:p>
    <w:p w14:paraId="546F1B2B" w14:textId="78C97884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9. ¿Para qué se utiliza actualmente el equipo?</w:t>
      </w:r>
    </w:p>
    <w:p w14:paraId="4850B14D" w14:textId="64215BA8" w:rsidR="00FE67C8" w:rsidRPr="00330BB8" w:rsidRDefault="00FE67C8" w:rsidP="003E72B4">
      <w:pPr>
        <w:rPr>
          <w:rFonts w:ascii="Segoe UI Symbol" w:hAnsi="Segoe UI Symbol" w:cs="Segoe UI Symbol"/>
          <w:lang w:val="es-ES"/>
        </w:rPr>
      </w:pP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Investigación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Desarrollo tecnológico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Servicios científico-tecnológicos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Innovación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Transferencia tecnológica 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Otro: __________________</w:t>
      </w:r>
    </w:p>
    <w:p w14:paraId="7CF27403" w14:textId="6EC63809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10. Señale brevemente las principales actividades que dependen del funcionamiento del equipo: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144A4735" w14:textId="4560A2B6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F. Criterios del Decreto N.°17/SG/2026</w:t>
      </w:r>
    </w:p>
    <w:p w14:paraId="3E363C32" w14:textId="274EFA1C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Marque los criterios que correspondan y adjunte evidencia.</w:t>
      </w:r>
    </w:p>
    <w:p w14:paraId="1B11F225" w14:textId="1BDDBD6B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1. Ciencia Abierta y acceso institucional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Uso compartido institucional.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Acceso de investigadores/unidades.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Capacidad científica/tecnológica institucional.</w:t>
      </w:r>
      <w:r w:rsidRPr="00330BB8">
        <w:rPr>
          <w:lang w:val="es-ES"/>
        </w:rPr>
        <w:br/>
        <w:t>Evidencia adjunta: ______________________________________________________________</w:t>
      </w:r>
    </w:p>
    <w:p w14:paraId="343E771F" w14:textId="24B88305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2. Infraestructura científica prioritaria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Forma parte de infraestructura científica prioritaria.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Es relevante para una capacidad científica institucional.</w:t>
      </w:r>
      <w:r w:rsidRPr="00330BB8">
        <w:rPr>
          <w:lang w:val="es-ES"/>
        </w:rPr>
        <w:br/>
        <w:t>Evidencia adjunta: ______________________________________________________________</w:t>
      </w:r>
    </w:p>
    <w:p w14:paraId="7562E6A8" w14:textId="558725CA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3. Proyecto externo vigente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Es requerido para la ejecución de un proyecto externo vigente.</w:t>
      </w:r>
      <w:r w:rsidRPr="00330BB8">
        <w:rPr>
          <w:lang w:val="es-ES"/>
        </w:rPr>
        <w:br/>
        <w:t>Proyecto/código: _____________________________</w:t>
      </w:r>
      <w:proofErr w:type="gramStart"/>
      <w:r w:rsidRPr="00330BB8">
        <w:rPr>
          <w:lang w:val="es-ES"/>
        </w:rPr>
        <w:t>_  Evidencia</w:t>
      </w:r>
      <w:proofErr w:type="gramEnd"/>
      <w:r w:rsidRPr="00330BB8">
        <w:rPr>
          <w:lang w:val="es-ES"/>
        </w:rPr>
        <w:t xml:space="preserve"> adjunta: __________________</w:t>
      </w:r>
    </w:p>
    <w:p w14:paraId="6AC921F5" w14:textId="3CC1A175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lastRenderedPageBreak/>
        <w:t>4. Servicios, innovación y transferencia</w:t>
      </w:r>
      <w:r w:rsidRPr="00330BB8">
        <w:rPr>
          <w:lang w:val="es-ES"/>
        </w:rPr>
        <w:br/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Servicios científico-tecnológicos.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Innovación.  </w:t>
      </w:r>
      <w:r w:rsidRPr="00330BB8">
        <w:rPr>
          <w:rFonts w:ascii="Segoe UI Symbol" w:hAnsi="Segoe UI Symbol" w:cs="Segoe UI Symbol"/>
          <w:lang w:val="es-ES"/>
        </w:rPr>
        <w:t>☐</w:t>
      </w:r>
      <w:r w:rsidRPr="00330BB8">
        <w:rPr>
          <w:lang w:val="es-ES"/>
        </w:rPr>
        <w:t xml:space="preserve"> Transferencia tecnológica.</w:t>
      </w:r>
      <w:r w:rsidRPr="00330BB8">
        <w:rPr>
          <w:lang w:val="es-ES"/>
        </w:rPr>
        <w:br/>
        <w:t>Proyecto/servicio/convenio: ____________________</w:t>
      </w:r>
      <w:proofErr w:type="gramStart"/>
      <w:r w:rsidRPr="00330BB8">
        <w:rPr>
          <w:lang w:val="es-ES"/>
        </w:rPr>
        <w:t>_  Evidencia</w:t>
      </w:r>
      <w:proofErr w:type="gramEnd"/>
      <w:r w:rsidRPr="00330BB8">
        <w:rPr>
          <w:lang w:val="es-ES"/>
        </w:rPr>
        <w:t xml:space="preserve"> adjunta: ________________</w:t>
      </w:r>
    </w:p>
    <w:p w14:paraId="50F52E3E" w14:textId="6B5BCEA2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G. Consecuencia de no realizar la reparación</w:t>
      </w:r>
    </w:p>
    <w:p w14:paraId="2206072C" w14:textId="3C13017B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¿Qué ocurriría si el equipo no es reparado?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35A9EAAE" w14:textId="402CA36D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Actividades afectadas: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690A3D36" w14:textId="0B865AFA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Número aproximado de usuarios o actividades afectadas, si corresponde:</w:t>
      </w:r>
      <w:r w:rsidRPr="00330BB8">
        <w:rPr>
          <w:lang w:val="es-ES"/>
        </w:rPr>
        <w:br/>
      </w:r>
      <w:r w:rsidRPr="00330BB8">
        <w:rPr>
          <w:lang w:val="es-ES"/>
        </w:rPr>
        <w:br/>
        <w:t>________________________________________________________________________________</w:t>
      </w:r>
    </w:p>
    <w:p w14:paraId="1D4CF5BB" w14:textId="3C5CDC26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H. Financiamiento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7"/>
        <w:gridCol w:w="4673"/>
      </w:tblGrid>
      <w:tr w:rsidR="00FE67C8" w:rsidRPr="00330BB8" w14:paraId="2C2448AE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5176618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Campo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4588CCC4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Información</w:t>
            </w:r>
          </w:p>
        </w:tc>
      </w:tr>
      <w:tr w:rsidR="00FE67C8" w:rsidRPr="00330BB8" w14:paraId="1134CB5D" w14:textId="77777777" w:rsidTr="00E77293">
        <w:trPr>
          <w:jc w:val="center"/>
        </w:trPr>
        <w:tc>
          <w:tcPr>
            <w:tcW w:w="4703" w:type="dxa"/>
            <w:vAlign w:val="center"/>
          </w:tcPr>
          <w:p w14:paraId="07050E03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Monto total de la reparación</w:t>
            </w:r>
          </w:p>
        </w:tc>
        <w:tc>
          <w:tcPr>
            <w:tcW w:w="4703" w:type="dxa"/>
            <w:vAlign w:val="center"/>
          </w:tcPr>
          <w:p w14:paraId="67F7318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$</w:t>
            </w:r>
          </w:p>
        </w:tc>
      </w:tr>
      <w:tr w:rsidR="00FE67C8" w:rsidRPr="00330BB8" w14:paraId="1ECF6CD6" w14:textId="77777777" w:rsidTr="00E77293">
        <w:trPr>
          <w:jc w:val="center"/>
        </w:trPr>
        <w:tc>
          <w:tcPr>
            <w:tcW w:w="4703" w:type="dxa"/>
            <w:vAlign w:val="center"/>
          </w:tcPr>
          <w:p w14:paraId="316A59C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Monto solicitado al Fondo</w:t>
            </w:r>
          </w:p>
        </w:tc>
        <w:tc>
          <w:tcPr>
            <w:tcW w:w="4703" w:type="dxa"/>
            <w:vAlign w:val="center"/>
          </w:tcPr>
          <w:p w14:paraId="5803A4A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$</w:t>
            </w:r>
          </w:p>
        </w:tc>
      </w:tr>
      <w:tr w:rsidR="00FE67C8" w:rsidRPr="00330BB8" w14:paraId="1468989B" w14:textId="77777777" w:rsidTr="00E77293">
        <w:trPr>
          <w:jc w:val="center"/>
        </w:trPr>
        <w:tc>
          <w:tcPr>
            <w:tcW w:w="4703" w:type="dxa"/>
            <w:vAlign w:val="center"/>
          </w:tcPr>
          <w:p w14:paraId="168F180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¿Existe otra fuente de financiamiento?</w:t>
            </w:r>
          </w:p>
        </w:tc>
        <w:tc>
          <w:tcPr>
            <w:tcW w:w="4703" w:type="dxa"/>
            <w:vAlign w:val="center"/>
          </w:tcPr>
          <w:p w14:paraId="0A986BB4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  <w:r w:rsidRPr="00330BB8">
              <w:rPr>
                <w:lang w:val="es-ES"/>
              </w:rPr>
              <w:t xml:space="preserve"> No   </w:t>
            </w: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  <w:r w:rsidRPr="00330BB8">
              <w:rPr>
                <w:lang w:val="es-ES"/>
              </w:rPr>
              <w:t xml:space="preserve"> Sí</w:t>
            </w:r>
          </w:p>
        </w:tc>
      </w:tr>
      <w:tr w:rsidR="00FE67C8" w:rsidRPr="00330BB8" w14:paraId="4A24A968" w14:textId="77777777" w:rsidTr="00E77293">
        <w:trPr>
          <w:jc w:val="center"/>
        </w:trPr>
        <w:tc>
          <w:tcPr>
            <w:tcW w:w="4703" w:type="dxa"/>
            <w:vAlign w:val="center"/>
          </w:tcPr>
          <w:p w14:paraId="0BB33F5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Fuente</w:t>
            </w:r>
          </w:p>
        </w:tc>
        <w:tc>
          <w:tcPr>
            <w:tcW w:w="4703" w:type="dxa"/>
            <w:vAlign w:val="center"/>
          </w:tcPr>
          <w:p w14:paraId="7691959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69CAAB2E" w14:textId="77777777" w:rsidTr="00E77293">
        <w:trPr>
          <w:jc w:val="center"/>
        </w:trPr>
        <w:tc>
          <w:tcPr>
            <w:tcW w:w="4703" w:type="dxa"/>
            <w:vAlign w:val="center"/>
          </w:tcPr>
          <w:p w14:paraId="7B83D5A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Monto</w:t>
            </w:r>
          </w:p>
        </w:tc>
        <w:tc>
          <w:tcPr>
            <w:tcW w:w="4703" w:type="dxa"/>
            <w:vAlign w:val="center"/>
          </w:tcPr>
          <w:p w14:paraId="0BA8E7A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$</w:t>
            </w:r>
          </w:p>
        </w:tc>
      </w:tr>
    </w:tbl>
    <w:p w14:paraId="260F0D40" w14:textId="77777777" w:rsidR="00FE67C8" w:rsidRPr="00330BB8" w:rsidRDefault="00FE67C8" w:rsidP="003E72B4">
      <w:pPr>
        <w:rPr>
          <w:lang w:val="es-ES"/>
        </w:rPr>
      </w:pPr>
    </w:p>
    <w:p w14:paraId="785366EE" w14:textId="1F15FD8C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Disponibilidad presupuestaria de la línea: $120.000.000, como disponibilidad presupuestaria total a distribuir entre las solicitudes.</w:t>
      </w:r>
    </w:p>
    <w:p w14:paraId="595AD4A1" w14:textId="29ACA4AD" w:rsidR="00FE67C8" w:rsidRPr="00330BB8" w:rsidRDefault="00FE67C8" w:rsidP="003E72B4">
      <w:pPr>
        <w:pStyle w:val="Ttulo2"/>
        <w:rPr>
          <w:b w:val="0"/>
          <w:bCs w:val="0"/>
          <w:lang w:val="es-ES"/>
        </w:rPr>
      </w:pPr>
      <w:r w:rsidRPr="00330BB8">
        <w:rPr>
          <w:b w:val="0"/>
          <w:bCs w:val="0"/>
          <w:lang w:val="es-ES"/>
        </w:rPr>
        <w:t>I. Declaración</w:t>
      </w:r>
    </w:p>
    <w:p w14:paraId="590DFBF4" w14:textId="5F3638E4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Declaro que la información proporcionada en esta solicitud es veraz y que los antecedentes acompañados permiten acreditar la necesidad de reparación del equipamiento señalado. Asimismo, la unidad se compromete a utilizar los recursos exclusivamente para el objeto aprobado y a entregar los antecedentes de ejecución y cierre que correspondan.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E67C8" w:rsidRPr="00330BB8" w14:paraId="58B53597" w14:textId="77777777" w:rsidTr="00E77293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3E317DF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Responsable de la solicitud</w:t>
            </w:r>
          </w:p>
        </w:tc>
        <w:tc>
          <w:tcPr>
            <w:tcW w:w="4703" w:type="dxa"/>
            <w:shd w:val="clear" w:color="auto" w:fill="D9EAF7"/>
            <w:vAlign w:val="center"/>
          </w:tcPr>
          <w:p w14:paraId="0BB9246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proofErr w:type="spellStart"/>
            <w:r w:rsidRPr="00330BB8">
              <w:rPr>
                <w:lang w:val="es-ES"/>
              </w:rPr>
              <w:t>V.°B.°</w:t>
            </w:r>
            <w:proofErr w:type="spellEnd"/>
            <w:r w:rsidRPr="00330BB8">
              <w:rPr>
                <w:lang w:val="es-ES"/>
              </w:rPr>
              <w:t xml:space="preserve"> Jefatura/Directivo</w:t>
            </w:r>
          </w:p>
        </w:tc>
      </w:tr>
      <w:tr w:rsidR="00FE67C8" w:rsidRPr="00693658" w14:paraId="29B25DC6" w14:textId="77777777" w:rsidTr="00E77293">
        <w:trPr>
          <w:jc w:val="center"/>
        </w:trPr>
        <w:tc>
          <w:tcPr>
            <w:tcW w:w="4703" w:type="dxa"/>
            <w:vAlign w:val="center"/>
          </w:tcPr>
          <w:p w14:paraId="3AD5BCF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Nombre: ______________________________</w:t>
            </w:r>
            <w:r w:rsidRPr="00330BB8">
              <w:rPr>
                <w:lang w:val="es-ES"/>
              </w:rPr>
              <w:br/>
              <w:t>Cargo: _______________________________</w:t>
            </w:r>
            <w:r w:rsidRPr="00330BB8">
              <w:rPr>
                <w:lang w:val="es-ES"/>
              </w:rPr>
              <w:br/>
              <w:t>Firma: _______________________________</w:t>
            </w:r>
            <w:r w:rsidRPr="00330BB8">
              <w:rPr>
                <w:lang w:val="es-ES"/>
              </w:rPr>
              <w:br/>
              <w:t>Fecha: ____ / ____ / ______</w:t>
            </w:r>
          </w:p>
        </w:tc>
        <w:tc>
          <w:tcPr>
            <w:tcW w:w="4703" w:type="dxa"/>
            <w:vAlign w:val="center"/>
          </w:tcPr>
          <w:p w14:paraId="34BF4B23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Nombre: ______________________________</w:t>
            </w:r>
            <w:r w:rsidRPr="00330BB8">
              <w:rPr>
                <w:lang w:val="es-ES"/>
              </w:rPr>
              <w:br/>
              <w:t>Cargo: _______________________________</w:t>
            </w:r>
            <w:r w:rsidRPr="00330BB8">
              <w:rPr>
                <w:lang w:val="es-ES"/>
              </w:rPr>
              <w:br/>
              <w:t>Firma/respaldo: ______________________</w:t>
            </w:r>
            <w:r w:rsidRPr="00330BB8">
              <w:rPr>
                <w:lang w:val="es-ES"/>
              </w:rPr>
              <w:br/>
              <w:t>Fecha: ____ / ____ / ______</w:t>
            </w:r>
          </w:p>
        </w:tc>
      </w:tr>
    </w:tbl>
    <w:p w14:paraId="542EFFD4" w14:textId="77777777" w:rsidR="00FE67C8" w:rsidRPr="00330BB8" w:rsidRDefault="00FE67C8" w:rsidP="003E72B4">
      <w:pPr>
        <w:rPr>
          <w:lang w:val="es-ES"/>
        </w:rPr>
      </w:pPr>
    </w:p>
    <w:p w14:paraId="577FD871" w14:textId="77777777" w:rsidR="002C6A0A" w:rsidRDefault="002C6A0A" w:rsidP="003E72B4">
      <w:pPr>
        <w:rPr>
          <w:sz w:val="30"/>
          <w:lang w:val="es-ES"/>
        </w:rPr>
      </w:pPr>
    </w:p>
    <w:p w14:paraId="29F6F294" w14:textId="11071366" w:rsidR="00FE67C8" w:rsidRPr="002C6A0A" w:rsidRDefault="00FE67C8" w:rsidP="002C6A0A">
      <w:pPr>
        <w:jc w:val="center"/>
        <w:rPr>
          <w:b/>
          <w:bCs/>
          <w:sz w:val="30"/>
          <w:lang w:val="es-ES"/>
        </w:rPr>
      </w:pPr>
      <w:r w:rsidRPr="002C6A0A">
        <w:rPr>
          <w:b/>
          <w:bCs/>
          <w:sz w:val="30"/>
          <w:lang w:val="es-ES"/>
        </w:rPr>
        <w:lastRenderedPageBreak/>
        <w:t>ANEXO 2</w:t>
      </w:r>
    </w:p>
    <w:p w14:paraId="7BDA3473" w14:textId="1745764B" w:rsidR="00FE67C8" w:rsidRPr="002C6A0A" w:rsidRDefault="00FE67C8" w:rsidP="002C6A0A">
      <w:pPr>
        <w:jc w:val="center"/>
        <w:rPr>
          <w:b/>
          <w:bCs/>
          <w:sz w:val="30"/>
          <w:lang w:val="es-ES"/>
        </w:rPr>
      </w:pPr>
      <w:r w:rsidRPr="002C6A0A">
        <w:rPr>
          <w:b/>
          <w:bCs/>
          <w:sz w:val="30"/>
          <w:lang w:val="es-ES"/>
        </w:rPr>
        <w:t xml:space="preserve">PAUTA DE EVALUACIÓN </w:t>
      </w:r>
    </w:p>
    <w:p w14:paraId="15F719A8" w14:textId="77777777" w:rsidR="00FE67C8" w:rsidRPr="00330BB8" w:rsidRDefault="00FE67C8" w:rsidP="003E72B4">
      <w:pPr>
        <w:rPr>
          <w:lang w:val="es-ES"/>
        </w:rPr>
      </w:pPr>
    </w:p>
    <w:p w14:paraId="6AA00DA3" w14:textId="5ED7E234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ETAPA 1 – ADMISIBILIDAD Y EVALUACIÓN TÉCNICA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89"/>
        <w:gridCol w:w="1493"/>
        <w:gridCol w:w="1464"/>
        <w:gridCol w:w="1904"/>
      </w:tblGrid>
      <w:tr w:rsidR="00FE67C8" w:rsidRPr="00330BB8" w14:paraId="299025F3" w14:textId="77777777" w:rsidTr="00E77293">
        <w:trPr>
          <w:jc w:val="center"/>
        </w:trPr>
        <w:tc>
          <w:tcPr>
            <w:tcW w:w="2351" w:type="dxa"/>
            <w:shd w:val="clear" w:color="auto" w:fill="D9EAF7"/>
          </w:tcPr>
          <w:p w14:paraId="1B0DBF4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Verificación</w:t>
            </w:r>
          </w:p>
        </w:tc>
        <w:tc>
          <w:tcPr>
            <w:tcW w:w="2351" w:type="dxa"/>
            <w:shd w:val="clear" w:color="auto" w:fill="D9EAF7"/>
          </w:tcPr>
          <w:p w14:paraId="796EFCB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Cumple</w:t>
            </w:r>
          </w:p>
        </w:tc>
        <w:tc>
          <w:tcPr>
            <w:tcW w:w="2351" w:type="dxa"/>
            <w:shd w:val="clear" w:color="auto" w:fill="D9EAF7"/>
          </w:tcPr>
          <w:p w14:paraId="31E141EF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No cumple</w:t>
            </w:r>
          </w:p>
        </w:tc>
        <w:tc>
          <w:tcPr>
            <w:tcW w:w="2351" w:type="dxa"/>
            <w:shd w:val="clear" w:color="auto" w:fill="D9EAF7"/>
          </w:tcPr>
          <w:p w14:paraId="29AB3EA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Observaciones</w:t>
            </w:r>
          </w:p>
        </w:tc>
      </w:tr>
      <w:tr w:rsidR="00FE67C8" w:rsidRPr="00693658" w14:paraId="6961F52E" w14:textId="77777777" w:rsidTr="00E77293">
        <w:trPr>
          <w:jc w:val="center"/>
        </w:trPr>
        <w:tc>
          <w:tcPr>
            <w:tcW w:w="2351" w:type="dxa"/>
          </w:tcPr>
          <w:p w14:paraId="1A0CB07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Equipo y unidad responsable identificados</w:t>
            </w:r>
          </w:p>
        </w:tc>
        <w:tc>
          <w:tcPr>
            <w:tcW w:w="2351" w:type="dxa"/>
          </w:tcPr>
          <w:p w14:paraId="73DAD996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2DDA4235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292AC8B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0A7FCF02" w14:textId="77777777" w:rsidTr="00E77293">
        <w:trPr>
          <w:jc w:val="center"/>
        </w:trPr>
        <w:tc>
          <w:tcPr>
            <w:tcW w:w="2351" w:type="dxa"/>
          </w:tcPr>
          <w:p w14:paraId="6E07DF7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Falla o necesidad de reparación acreditada</w:t>
            </w:r>
          </w:p>
        </w:tc>
        <w:tc>
          <w:tcPr>
            <w:tcW w:w="2351" w:type="dxa"/>
          </w:tcPr>
          <w:p w14:paraId="3F14DEC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1EB4410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042E97B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7733D70C" w14:textId="77777777" w:rsidTr="00E77293">
        <w:trPr>
          <w:jc w:val="center"/>
        </w:trPr>
        <w:tc>
          <w:tcPr>
            <w:tcW w:w="2351" w:type="dxa"/>
          </w:tcPr>
          <w:p w14:paraId="64352CAF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Diagnóstico técnico o antecedente suficiente</w:t>
            </w:r>
          </w:p>
        </w:tc>
        <w:tc>
          <w:tcPr>
            <w:tcW w:w="2351" w:type="dxa"/>
          </w:tcPr>
          <w:p w14:paraId="67000ED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0845283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02499F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345507E9" w14:textId="77777777" w:rsidTr="00E77293">
        <w:trPr>
          <w:jc w:val="center"/>
        </w:trPr>
        <w:tc>
          <w:tcPr>
            <w:tcW w:w="2351" w:type="dxa"/>
          </w:tcPr>
          <w:p w14:paraId="1ACDCF4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Reparación técnicamente pertinente y viable</w:t>
            </w:r>
          </w:p>
        </w:tc>
        <w:tc>
          <w:tcPr>
            <w:tcW w:w="2351" w:type="dxa"/>
          </w:tcPr>
          <w:p w14:paraId="6495FAF5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8C9883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167C299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6B8401C0" w14:textId="77777777" w:rsidTr="00E77293">
        <w:trPr>
          <w:jc w:val="center"/>
        </w:trPr>
        <w:tc>
          <w:tcPr>
            <w:tcW w:w="2351" w:type="dxa"/>
          </w:tcPr>
          <w:p w14:paraId="3D1D3F0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Cotización/presupuesto presentado</w:t>
            </w:r>
          </w:p>
        </w:tc>
        <w:tc>
          <w:tcPr>
            <w:tcW w:w="2351" w:type="dxa"/>
          </w:tcPr>
          <w:p w14:paraId="2606B62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A87814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B77BC6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48FD3347" w14:textId="77777777" w:rsidTr="00E77293">
        <w:trPr>
          <w:jc w:val="center"/>
        </w:trPr>
        <w:tc>
          <w:tcPr>
            <w:tcW w:w="2351" w:type="dxa"/>
          </w:tcPr>
          <w:p w14:paraId="42441B76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Uso científico-tecnológico/innovación/transferencia/</w:t>
            </w:r>
            <w:proofErr w:type="gramStart"/>
            <w:r w:rsidRPr="00330BB8">
              <w:rPr>
                <w:lang w:val="es-ES"/>
              </w:rPr>
              <w:t>servicios acreditado</w:t>
            </w:r>
            <w:proofErr w:type="gramEnd"/>
          </w:p>
        </w:tc>
        <w:tc>
          <w:tcPr>
            <w:tcW w:w="2351" w:type="dxa"/>
          </w:tcPr>
          <w:p w14:paraId="49DE495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FAFA54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40639FF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68878EFA" w14:textId="77777777" w:rsidTr="00E77293">
        <w:trPr>
          <w:jc w:val="center"/>
        </w:trPr>
        <w:tc>
          <w:tcPr>
            <w:tcW w:w="2351" w:type="dxa"/>
          </w:tcPr>
          <w:p w14:paraId="34A5157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Gasto elegible según Decreto</w:t>
            </w:r>
          </w:p>
        </w:tc>
        <w:tc>
          <w:tcPr>
            <w:tcW w:w="2351" w:type="dxa"/>
          </w:tcPr>
          <w:p w14:paraId="3C364F6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0A91DB7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189D6064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20167EBF" w14:textId="77777777" w:rsidTr="00E77293">
        <w:trPr>
          <w:jc w:val="center"/>
        </w:trPr>
        <w:tc>
          <w:tcPr>
            <w:tcW w:w="2351" w:type="dxa"/>
          </w:tcPr>
          <w:p w14:paraId="338504E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Otras fuentes de financiamiento informadas, cuando corresponda</w:t>
            </w:r>
          </w:p>
        </w:tc>
        <w:tc>
          <w:tcPr>
            <w:tcW w:w="2351" w:type="dxa"/>
          </w:tcPr>
          <w:p w14:paraId="111AFED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53AE8864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69B356D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693658" w14:paraId="5ED8FD56" w14:textId="77777777" w:rsidTr="00E77293">
        <w:trPr>
          <w:jc w:val="center"/>
        </w:trPr>
        <w:tc>
          <w:tcPr>
            <w:tcW w:w="2351" w:type="dxa"/>
          </w:tcPr>
          <w:p w14:paraId="1A0931A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RESULTADO ETAPA 1: Pasa a priorización</w:t>
            </w:r>
          </w:p>
        </w:tc>
        <w:tc>
          <w:tcPr>
            <w:tcW w:w="2351" w:type="dxa"/>
          </w:tcPr>
          <w:p w14:paraId="6DC31D26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71422533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2351" w:type="dxa"/>
          </w:tcPr>
          <w:p w14:paraId="119A130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</w:tbl>
    <w:p w14:paraId="18D9378C" w14:textId="77777777" w:rsidR="00FE67C8" w:rsidRPr="00330BB8" w:rsidRDefault="00FE67C8" w:rsidP="003E72B4">
      <w:pPr>
        <w:rPr>
          <w:lang w:val="es-ES"/>
        </w:rPr>
      </w:pPr>
    </w:p>
    <w:p w14:paraId="61E63C2B" w14:textId="457BA781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ETAPA 2 – PRIORIZACIÓN CONFORME A LOS CRITERIOS ESTABLECIDOS EN EL DECRETO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70"/>
        <w:gridCol w:w="1552"/>
        <w:gridCol w:w="1556"/>
        <w:gridCol w:w="1553"/>
        <w:gridCol w:w="1561"/>
        <w:gridCol w:w="1558"/>
      </w:tblGrid>
      <w:tr w:rsidR="00FE67C8" w:rsidRPr="00330BB8" w14:paraId="2EFF1DAB" w14:textId="77777777" w:rsidTr="00E77293">
        <w:trPr>
          <w:jc w:val="center"/>
        </w:trPr>
        <w:tc>
          <w:tcPr>
            <w:tcW w:w="1568" w:type="dxa"/>
            <w:shd w:val="clear" w:color="auto" w:fill="D9EAF7"/>
          </w:tcPr>
          <w:p w14:paraId="33D5E2D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Criterio</w:t>
            </w:r>
          </w:p>
        </w:tc>
        <w:tc>
          <w:tcPr>
            <w:tcW w:w="1568" w:type="dxa"/>
            <w:shd w:val="clear" w:color="auto" w:fill="D9EAF7"/>
          </w:tcPr>
          <w:p w14:paraId="2F6C5049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 xml:space="preserve">25 </w:t>
            </w:r>
            <w:proofErr w:type="gramStart"/>
            <w:r w:rsidRPr="00330BB8">
              <w:rPr>
                <w:lang w:val="es-ES"/>
              </w:rPr>
              <w:t>Alto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6950D5D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 xml:space="preserve">15 </w:t>
            </w:r>
            <w:proofErr w:type="gramStart"/>
            <w:r w:rsidRPr="00330BB8">
              <w:rPr>
                <w:lang w:val="es-ES"/>
              </w:rPr>
              <w:t>Medio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5D2954D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 xml:space="preserve">5 </w:t>
            </w:r>
            <w:proofErr w:type="gramStart"/>
            <w:r w:rsidRPr="00330BB8">
              <w:rPr>
                <w:lang w:val="es-ES"/>
              </w:rPr>
              <w:t>Bajo</w:t>
            </w:r>
            <w:proofErr w:type="gramEnd"/>
          </w:p>
        </w:tc>
        <w:tc>
          <w:tcPr>
            <w:tcW w:w="1568" w:type="dxa"/>
            <w:shd w:val="clear" w:color="auto" w:fill="D9EAF7"/>
          </w:tcPr>
          <w:p w14:paraId="15A919A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 xml:space="preserve">0 </w:t>
            </w:r>
            <w:proofErr w:type="gramStart"/>
            <w:r w:rsidRPr="00330BB8">
              <w:rPr>
                <w:lang w:val="es-ES"/>
              </w:rPr>
              <w:t>Sin</w:t>
            </w:r>
            <w:proofErr w:type="gramEnd"/>
            <w:r w:rsidRPr="00330BB8">
              <w:rPr>
                <w:lang w:val="es-ES"/>
              </w:rPr>
              <w:t xml:space="preserve"> evidencia</w:t>
            </w:r>
          </w:p>
        </w:tc>
        <w:tc>
          <w:tcPr>
            <w:tcW w:w="1568" w:type="dxa"/>
            <w:shd w:val="clear" w:color="auto" w:fill="D9EAF7"/>
          </w:tcPr>
          <w:p w14:paraId="134A933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Puntaje</w:t>
            </w:r>
          </w:p>
        </w:tc>
      </w:tr>
      <w:tr w:rsidR="00FE67C8" w:rsidRPr="00330BB8" w14:paraId="62C3679C" w14:textId="77777777" w:rsidTr="00E77293">
        <w:trPr>
          <w:jc w:val="center"/>
        </w:trPr>
        <w:tc>
          <w:tcPr>
            <w:tcW w:w="1568" w:type="dxa"/>
          </w:tcPr>
          <w:p w14:paraId="0C21FDC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Ciencia Abierta y acceso institucional</w:t>
            </w:r>
          </w:p>
        </w:tc>
        <w:tc>
          <w:tcPr>
            <w:tcW w:w="1568" w:type="dxa"/>
          </w:tcPr>
          <w:p w14:paraId="0F1211F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4347F39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3A57DC6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57AFA71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08A95235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7743C87B" w14:textId="77777777" w:rsidTr="00E77293">
        <w:trPr>
          <w:jc w:val="center"/>
        </w:trPr>
        <w:tc>
          <w:tcPr>
            <w:tcW w:w="1568" w:type="dxa"/>
          </w:tcPr>
          <w:p w14:paraId="7D6AB9E3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Infraestructura científica prioritaria</w:t>
            </w:r>
          </w:p>
        </w:tc>
        <w:tc>
          <w:tcPr>
            <w:tcW w:w="1568" w:type="dxa"/>
          </w:tcPr>
          <w:p w14:paraId="026A411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414FB9F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2A9F065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31C20F05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CC6F22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36E0CFED" w14:textId="77777777" w:rsidTr="00E77293">
        <w:trPr>
          <w:jc w:val="center"/>
        </w:trPr>
        <w:tc>
          <w:tcPr>
            <w:tcW w:w="1568" w:type="dxa"/>
          </w:tcPr>
          <w:p w14:paraId="7E6F177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Proyectos externos vigentes</w:t>
            </w:r>
          </w:p>
        </w:tc>
        <w:tc>
          <w:tcPr>
            <w:tcW w:w="1568" w:type="dxa"/>
          </w:tcPr>
          <w:p w14:paraId="06E4D32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13864B2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21FED16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47B4C81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D6C17F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7B46E46A" w14:textId="77777777" w:rsidTr="00E77293">
        <w:trPr>
          <w:jc w:val="center"/>
        </w:trPr>
        <w:tc>
          <w:tcPr>
            <w:tcW w:w="1568" w:type="dxa"/>
          </w:tcPr>
          <w:p w14:paraId="6995858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Servicios, innovación y transferencia</w:t>
            </w:r>
          </w:p>
        </w:tc>
        <w:tc>
          <w:tcPr>
            <w:tcW w:w="1568" w:type="dxa"/>
          </w:tcPr>
          <w:p w14:paraId="28312C85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0185A9EF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7FD4F177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2740528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rFonts w:ascii="Segoe UI Symbol" w:hAnsi="Segoe UI Symbol" w:cs="Segoe UI Symbol"/>
                <w:lang w:val="es-ES"/>
              </w:rPr>
              <w:t>☐</w:t>
            </w:r>
          </w:p>
        </w:tc>
        <w:tc>
          <w:tcPr>
            <w:tcW w:w="1568" w:type="dxa"/>
          </w:tcPr>
          <w:p w14:paraId="69ABB4E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7DEB920F" w14:textId="77777777" w:rsidTr="00E77293">
        <w:trPr>
          <w:jc w:val="center"/>
        </w:trPr>
        <w:tc>
          <w:tcPr>
            <w:tcW w:w="1568" w:type="dxa"/>
          </w:tcPr>
          <w:p w14:paraId="69B5BE0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TOTAL / 100</w:t>
            </w:r>
          </w:p>
        </w:tc>
        <w:tc>
          <w:tcPr>
            <w:tcW w:w="1568" w:type="dxa"/>
          </w:tcPr>
          <w:p w14:paraId="7C48E930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1568" w:type="dxa"/>
          </w:tcPr>
          <w:p w14:paraId="1426C8E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1568" w:type="dxa"/>
          </w:tcPr>
          <w:p w14:paraId="2EF71AEB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1568" w:type="dxa"/>
          </w:tcPr>
          <w:p w14:paraId="58D075A6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  <w:tc>
          <w:tcPr>
            <w:tcW w:w="1568" w:type="dxa"/>
          </w:tcPr>
          <w:p w14:paraId="503E37B2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</w:tbl>
    <w:p w14:paraId="6BF1C8EA" w14:textId="77777777" w:rsidR="00FE67C8" w:rsidRPr="00330BB8" w:rsidRDefault="00FE67C8" w:rsidP="003E72B4">
      <w:pPr>
        <w:rPr>
          <w:lang w:val="es-ES"/>
        </w:rPr>
      </w:pPr>
    </w:p>
    <w:p w14:paraId="14CBFE2E" w14:textId="514F46F4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FUNDAMENTO DE LA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6"/>
        <w:gridCol w:w="4674"/>
      </w:tblGrid>
      <w:tr w:rsidR="00FE67C8" w:rsidRPr="00330BB8" w14:paraId="5E744674" w14:textId="77777777" w:rsidTr="00E77293">
        <w:trPr>
          <w:jc w:val="center"/>
        </w:trPr>
        <w:tc>
          <w:tcPr>
            <w:tcW w:w="4703" w:type="dxa"/>
            <w:shd w:val="clear" w:color="auto" w:fill="D9EAF7"/>
          </w:tcPr>
          <w:p w14:paraId="6961E211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Criterio</w:t>
            </w:r>
          </w:p>
        </w:tc>
        <w:tc>
          <w:tcPr>
            <w:tcW w:w="4703" w:type="dxa"/>
            <w:shd w:val="clear" w:color="auto" w:fill="D9EAF7"/>
          </w:tcPr>
          <w:p w14:paraId="6B2AA7C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Evidencia considerada / fundamento</w:t>
            </w:r>
          </w:p>
        </w:tc>
      </w:tr>
      <w:tr w:rsidR="00FE67C8" w:rsidRPr="00693658" w14:paraId="47ED90CA" w14:textId="77777777" w:rsidTr="00E77293">
        <w:trPr>
          <w:jc w:val="center"/>
        </w:trPr>
        <w:tc>
          <w:tcPr>
            <w:tcW w:w="4703" w:type="dxa"/>
          </w:tcPr>
          <w:p w14:paraId="2DBFA80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lastRenderedPageBreak/>
              <w:t>Ciencia Abierta y acceso institucional</w:t>
            </w:r>
          </w:p>
        </w:tc>
        <w:tc>
          <w:tcPr>
            <w:tcW w:w="4703" w:type="dxa"/>
          </w:tcPr>
          <w:p w14:paraId="2C9E1738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61D7DAE2" w14:textId="77777777" w:rsidTr="00E77293">
        <w:trPr>
          <w:jc w:val="center"/>
        </w:trPr>
        <w:tc>
          <w:tcPr>
            <w:tcW w:w="4703" w:type="dxa"/>
          </w:tcPr>
          <w:p w14:paraId="7FD8803A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Infraestructura científica prioritaria</w:t>
            </w:r>
          </w:p>
        </w:tc>
        <w:tc>
          <w:tcPr>
            <w:tcW w:w="4703" w:type="dxa"/>
          </w:tcPr>
          <w:p w14:paraId="2FBC3206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72206CBC" w14:textId="77777777" w:rsidTr="00E77293">
        <w:trPr>
          <w:jc w:val="center"/>
        </w:trPr>
        <w:tc>
          <w:tcPr>
            <w:tcW w:w="4703" w:type="dxa"/>
          </w:tcPr>
          <w:p w14:paraId="30F4ED9D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Proyectos externos vigentes</w:t>
            </w:r>
          </w:p>
        </w:tc>
        <w:tc>
          <w:tcPr>
            <w:tcW w:w="4703" w:type="dxa"/>
          </w:tcPr>
          <w:p w14:paraId="3F4C6DE3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  <w:tr w:rsidR="00FE67C8" w:rsidRPr="00330BB8" w14:paraId="1A493368" w14:textId="77777777" w:rsidTr="00E77293">
        <w:trPr>
          <w:jc w:val="center"/>
        </w:trPr>
        <w:tc>
          <w:tcPr>
            <w:tcW w:w="4703" w:type="dxa"/>
          </w:tcPr>
          <w:p w14:paraId="60F86F3E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  <w:r w:rsidRPr="00330BB8">
              <w:rPr>
                <w:lang w:val="es-ES"/>
              </w:rPr>
              <w:t>Servicios, innovación y transferencia</w:t>
            </w:r>
          </w:p>
        </w:tc>
        <w:tc>
          <w:tcPr>
            <w:tcW w:w="4703" w:type="dxa"/>
          </w:tcPr>
          <w:p w14:paraId="35D07C9C" w14:textId="77777777" w:rsidR="00FE67C8" w:rsidRPr="00330BB8" w:rsidRDefault="00FE67C8" w:rsidP="003E72B4">
            <w:pPr>
              <w:spacing w:line="276" w:lineRule="auto"/>
              <w:rPr>
                <w:lang w:val="es-ES"/>
              </w:rPr>
            </w:pPr>
          </w:p>
        </w:tc>
      </w:tr>
    </w:tbl>
    <w:p w14:paraId="4DDF61AA" w14:textId="0545E23E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Resultado final: Puntaje total ______ / 100. La asignación queda sujeta a evaluación, priorización y disponibilidad presupuestaria.</w:t>
      </w:r>
    </w:p>
    <w:p w14:paraId="17AF8041" w14:textId="6505269C" w:rsidR="00FE67C8" w:rsidRPr="00330BB8" w:rsidRDefault="00FE67C8" w:rsidP="003E72B4">
      <w:pPr>
        <w:rPr>
          <w:lang w:val="es-ES"/>
        </w:rPr>
      </w:pPr>
      <w:r w:rsidRPr="00330BB8">
        <w:rPr>
          <w:lang w:val="es-ES"/>
        </w:rPr>
        <w:t>Evaluador/a: ____________________________________    Fecha: ____ / ____ / _____</w:t>
      </w:r>
    </w:p>
    <w:p w14:paraId="7450EE1B" w14:textId="3DE71932" w:rsidR="00FE67C8" w:rsidRPr="00330BB8" w:rsidRDefault="00FE67C8" w:rsidP="003E72B4">
      <w:pPr>
        <w:rPr>
          <w:sz w:val="28"/>
          <w:lang w:val="es-ES"/>
        </w:rPr>
      </w:pPr>
    </w:p>
    <w:p w14:paraId="1D307FE0" w14:textId="65BE5F97" w:rsidR="00FE67C8" w:rsidRPr="00330BB8" w:rsidRDefault="00FE67C8" w:rsidP="003E72B4">
      <w:pPr>
        <w:rPr>
          <w:sz w:val="28"/>
          <w:lang w:val="es-ES"/>
        </w:rPr>
      </w:pPr>
    </w:p>
    <w:p w14:paraId="531605ED" w14:textId="77777777" w:rsidR="00FE67C8" w:rsidRPr="00330BB8" w:rsidRDefault="00FE67C8" w:rsidP="003E72B4">
      <w:pPr>
        <w:rPr>
          <w:lang w:val="es-ES"/>
        </w:rPr>
      </w:pPr>
    </w:p>
    <w:p w14:paraId="64B645E6" w14:textId="5366082F" w:rsidR="00FE67C8" w:rsidRPr="00330BB8" w:rsidRDefault="00FE67C8" w:rsidP="003E72B4">
      <w:pPr>
        <w:rPr>
          <w:lang w:val="es-ES"/>
        </w:rPr>
      </w:pPr>
    </w:p>
    <w:p w14:paraId="21D81D6C" w14:textId="77777777" w:rsidR="00FE67C8" w:rsidRPr="00330BB8" w:rsidRDefault="00FE67C8" w:rsidP="003E72B4">
      <w:pPr>
        <w:rPr>
          <w:lang w:val="es-ES"/>
        </w:rPr>
      </w:pPr>
    </w:p>
    <w:p w14:paraId="003F7618" w14:textId="77777777" w:rsidR="00A677CD" w:rsidRPr="00330BB8" w:rsidRDefault="00A677CD" w:rsidP="003E72B4">
      <w:pPr>
        <w:rPr>
          <w:lang w:val="es-ES"/>
        </w:rPr>
      </w:pPr>
    </w:p>
    <w:sectPr w:rsidR="00A677CD" w:rsidRPr="00330BB8" w:rsidSect="002314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284F" w14:textId="77777777" w:rsidR="00C5246E" w:rsidRDefault="00C5246E" w:rsidP="00B57E2A">
      <w:pPr>
        <w:spacing w:after="0" w:line="240" w:lineRule="auto"/>
      </w:pPr>
      <w:r>
        <w:separator/>
      </w:r>
    </w:p>
  </w:endnote>
  <w:endnote w:type="continuationSeparator" w:id="0">
    <w:p w14:paraId="5A1C5D61" w14:textId="77777777" w:rsidR="00C5246E" w:rsidRDefault="00C5246E" w:rsidP="00B5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Mincho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25A58" w14:textId="77777777" w:rsidR="00B57E2A" w:rsidRDefault="00B57E2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9E8E" w14:textId="77777777" w:rsidR="00B57E2A" w:rsidRDefault="00B57E2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56AA" w14:textId="77777777" w:rsidR="00B57E2A" w:rsidRDefault="00B57E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ABEB" w14:textId="77777777" w:rsidR="00C5246E" w:rsidRDefault="00C5246E" w:rsidP="00B57E2A">
      <w:pPr>
        <w:spacing w:after="0" w:line="240" w:lineRule="auto"/>
      </w:pPr>
      <w:r>
        <w:separator/>
      </w:r>
    </w:p>
  </w:footnote>
  <w:footnote w:type="continuationSeparator" w:id="0">
    <w:p w14:paraId="27A22793" w14:textId="77777777" w:rsidR="00C5246E" w:rsidRDefault="00C5246E" w:rsidP="00B5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1AA1" w14:textId="77777777" w:rsidR="00B57E2A" w:rsidRDefault="00B57E2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60B7" w14:textId="457ED09D" w:rsidR="00B57E2A" w:rsidRDefault="00651860">
    <w:pPr>
      <w:pStyle w:val="Encabezado"/>
    </w:pPr>
    <w:r w:rsidRPr="00651860">
      <w:rPr>
        <w:noProof/>
      </w:rPr>
      <w:drawing>
        <wp:inline distT="0" distB="0" distL="0" distR="0" wp14:anchorId="49EC396F" wp14:editId="33434FAF">
          <wp:extent cx="1592580" cy="670041"/>
          <wp:effectExtent l="0" t="0" r="7620" b="0"/>
          <wp:docPr id="10608084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393" cy="675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DC48" w14:textId="77777777" w:rsidR="00B57E2A" w:rsidRDefault="00B57E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E604D8F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61EC8F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3E7434"/>
    <w:multiLevelType w:val="hybridMultilevel"/>
    <w:tmpl w:val="5A88693A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BE33B9"/>
    <w:multiLevelType w:val="hybridMultilevel"/>
    <w:tmpl w:val="F04E9E00"/>
    <w:lvl w:ilvl="0" w:tplc="4ECEB384">
      <w:start w:val="1"/>
      <w:numFmt w:val="bullet"/>
      <w:lvlText w:val=""/>
      <w:lvlJc w:val="left"/>
      <w:pPr>
        <w:ind w:left="72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2151C"/>
    <w:multiLevelType w:val="hybridMultilevel"/>
    <w:tmpl w:val="0584EAE8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B77DAF"/>
    <w:multiLevelType w:val="hybridMultilevel"/>
    <w:tmpl w:val="E7066B4C"/>
    <w:lvl w:ilvl="0" w:tplc="4ECEB384">
      <w:start w:val="1"/>
      <w:numFmt w:val="bullet"/>
      <w:lvlText w:val=""/>
      <w:lvlJc w:val="left"/>
      <w:pPr>
        <w:ind w:left="360" w:hanging="360"/>
      </w:pPr>
      <w:rPr>
        <w:rFonts w:ascii="Symbol" w:eastAsia="HGPMinchoE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9332359">
    <w:abstractNumId w:val="8"/>
  </w:num>
  <w:num w:numId="2" w16cid:durableId="500433440">
    <w:abstractNumId w:val="6"/>
  </w:num>
  <w:num w:numId="3" w16cid:durableId="66005330">
    <w:abstractNumId w:val="5"/>
  </w:num>
  <w:num w:numId="4" w16cid:durableId="105658275">
    <w:abstractNumId w:val="4"/>
  </w:num>
  <w:num w:numId="5" w16cid:durableId="1636331492">
    <w:abstractNumId w:val="7"/>
  </w:num>
  <w:num w:numId="6" w16cid:durableId="519857590">
    <w:abstractNumId w:val="3"/>
  </w:num>
  <w:num w:numId="7" w16cid:durableId="1682009384">
    <w:abstractNumId w:val="2"/>
  </w:num>
  <w:num w:numId="8" w16cid:durableId="335614903">
    <w:abstractNumId w:val="1"/>
  </w:num>
  <w:num w:numId="9" w16cid:durableId="1613780255">
    <w:abstractNumId w:val="0"/>
  </w:num>
  <w:num w:numId="10" w16cid:durableId="1029572817">
    <w:abstractNumId w:val="7"/>
  </w:num>
  <w:num w:numId="11" w16cid:durableId="783185994">
    <w:abstractNumId w:val="8"/>
    <w:lvlOverride w:ilvl="0">
      <w:startOverride w:val="1"/>
    </w:lvlOverride>
  </w:num>
  <w:num w:numId="12" w16cid:durableId="1559703920">
    <w:abstractNumId w:val="8"/>
  </w:num>
  <w:num w:numId="13" w16cid:durableId="1637056322">
    <w:abstractNumId w:val="8"/>
  </w:num>
  <w:num w:numId="14" w16cid:durableId="2004116651">
    <w:abstractNumId w:val="8"/>
  </w:num>
  <w:num w:numId="15" w16cid:durableId="1557232864">
    <w:abstractNumId w:val="8"/>
  </w:num>
  <w:num w:numId="16" w16cid:durableId="1288901277">
    <w:abstractNumId w:val="8"/>
  </w:num>
  <w:num w:numId="17" w16cid:durableId="1248003317">
    <w:abstractNumId w:val="12"/>
  </w:num>
  <w:num w:numId="18" w16cid:durableId="1478303261">
    <w:abstractNumId w:val="9"/>
  </w:num>
  <w:num w:numId="19" w16cid:durableId="319777693">
    <w:abstractNumId w:val="10"/>
  </w:num>
  <w:num w:numId="20" w16cid:durableId="1124155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3B4"/>
    <w:rsid w:val="0015074B"/>
    <w:rsid w:val="001A1DF2"/>
    <w:rsid w:val="00206191"/>
    <w:rsid w:val="00231405"/>
    <w:rsid w:val="0029639D"/>
    <w:rsid w:val="002C6A0A"/>
    <w:rsid w:val="00316F58"/>
    <w:rsid w:val="00324DA7"/>
    <w:rsid w:val="00326F90"/>
    <w:rsid w:val="00330BB8"/>
    <w:rsid w:val="003773AF"/>
    <w:rsid w:val="003E18C1"/>
    <w:rsid w:val="003E72B4"/>
    <w:rsid w:val="00412300"/>
    <w:rsid w:val="00523A4C"/>
    <w:rsid w:val="005A779B"/>
    <w:rsid w:val="00651860"/>
    <w:rsid w:val="00693658"/>
    <w:rsid w:val="006C7E1A"/>
    <w:rsid w:val="006F27B7"/>
    <w:rsid w:val="00735D99"/>
    <w:rsid w:val="00767618"/>
    <w:rsid w:val="007717FE"/>
    <w:rsid w:val="007752BC"/>
    <w:rsid w:val="007E7567"/>
    <w:rsid w:val="008322F5"/>
    <w:rsid w:val="00875356"/>
    <w:rsid w:val="00877A8B"/>
    <w:rsid w:val="0088537E"/>
    <w:rsid w:val="008B7EA6"/>
    <w:rsid w:val="008F4200"/>
    <w:rsid w:val="0090299C"/>
    <w:rsid w:val="00935717"/>
    <w:rsid w:val="00945257"/>
    <w:rsid w:val="00953B39"/>
    <w:rsid w:val="00A61BEE"/>
    <w:rsid w:val="00A66E24"/>
    <w:rsid w:val="00A677CD"/>
    <w:rsid w:val="00AA1D8D"/>
    <w:rsid w:val="00B04C70"/>
    <w:rsid w:val="00B403AB"/>
    <w:rsid w:val="00B47730"/>
    <w:rsid w:val="00B5098E"/>
    <w:rsid w:val="00B57E2A"/>
    <w:rsid w:val="00B57E44"/>
    <w:rsid w:val="00B81188"/>
    <w:rsid w:val="00BD0058"/>
    <w:rsid w:val="00BD2B9D"/>
    <w:rsid w:val="00BE5A22"/>
    <w:rsid w:val="00C5246E"/>
    <w:rsid w:val="00C95CC0"/>
    <w:rsid w:val="00CB0664"/>
    <w:rsid w:val="00D10509"/>
    <w:rsid w:val="00DF5C6D"/>
    <w:rsid w:val="00E15364"/>
    <w:rsid w:val="00E5380D"/>
    <w:rsid w:val="00E56A03"/>
    <w:rsid w:val="00E909A7"/>
    <w:rsid w:val="00E91084"/>
    <w:rsid w:val="00F7644B"/>
    <w:rsid w:val="00FC693F"/>
    <w:rsid w:val="00FD1C89"/>
    <w:rsid w:val="00FE67C8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32C17D"/>
  <w14:defaultImageDpi w14:val="300"/>
  <w15:docId w15:val="{8CD79F1A-BA89-4192-B86D-EEFD4F6E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concuadrcula1clara-nfasis1">
    <w:name w:val="Grid Table 1 Light Accent 1"/>
    <w:basedOn w:val="Tablanormal"/>
    <w:uiPriority w:val="46"/>
    <w:rsid w:val="0094525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926</Words>
  <Characters>5096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43</cp:revision>
  <dcterms:created xsi:type="dcterms:W3CDTF">2026-09-25T03:06:00Z</dcterms:created>
  <dcterms:modified xsi:type="dcterms:W3CDTF">2026-10-06T02:57:00Z</dcterms:modified>
  <cp:category/>
</cp:coreProperties>
</file>