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D52E1" w14:textId="77E04C96" w:rsidR="00820402" w:rsidRPr="00820402" w:rsidRDefault="00820402" w:rsidP="00A03172">
      <w:pPr>
        <w:jc w:val="center"/>
        <w:rPr>
          <w:b/>
          <w:sz w:val="30"/>
          <w:lang w:val="es-ES"/>
        </w:rPr>
      </w:pPr>
      <w:r w:rsidRPr="00820402">
        <w:rPr>
          <w:b/>
          <w:sz w:val="30"/>
          <w:lang w:val="es-ES"/>
        </w:rPr>
        <w:t>ANEXO 1</w:t>
      </w:r>
      <w:r w:rsidRPr="00820402">
        <w:rPr>
          <w:b/>
          <w:sz w:val="30"/>
          <w:lang w:val="es-ES"/>
        </w:rPr>
        <w:br/>
        <w:t>FICHA DE SOLICITUD DE ADQUISICIÓN EXCEPCIONAL</w:t>
      </w:r>
    </w:p>
    <w:p w14:paraId="7A47A9E8" w14:textId="04A4AB5E" w:rsidR="00820402" w:rsidRPr="00820402" w:rsidRDefault="00820402" w:rsidP="00820402">
      <w:pPr>
        <w:jc w:val="center"/>
        <w:rPr>
          <w:b/>
          <w:lang w:val="es-ES"/>
        </w:rPr>
      </w:pPr>
      <w:r w:rsidRPr="00820402">
        <w:rPr>
          <w:b/>
          <w:lang w:val="es-ES"/>
        </w:rPr>
        <w:t>Equipamiento Científico-Tecnológico – Decreto N.°17/SG/2026</w:t>
      </w:r>
    </w:p>
    <w:p w14:paraId="14EA9C97" w14:textId="3C4EDE5C" w:rsidR="00820402" w:rsidRPr="00820402" w:rsidRDefault="00820402" w:rsidP="00820402">
      <w:pPr>
        <w:pStyle w:val="Ttulo2"/>
        <w:rPr>
          <w:lang w:val="es-ES"/>
        </w:rPr>
      </w:pPr>
      <w:r w:rsidRPr="00820402">
        <w:rPr>
          <w:lang w:val="es-ES"/>
        </w:rPr>
        <w:t>A. Identificación de la unidad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703"/>
        <w:gridCol w:w="4703"/>
      </w:tblGrid>
      <w:tr w:rsidR="00820402" w:rsidRPr="00820402" w14:paraId="217DDAF3" w14:textId="77777777" w:rsidTr="00E77293">
        <w:trPr>
          <w:jc w:val="center"/>
        </w:trPr>
        <w:tc>
          <w:tcPr>
            <w:tcW w:w="4703" w:type="dxa"/>
            <w:shd w:val="clear" w:color="auto" w:fill="D9EAF7"/>
            <w:vAlign w:val="center"/>
          </w:tcPr>
          <w:p w14:paraId="38B54584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b/>
                <w:lang w:val="es-ES"/>
              </w:rPr>
              <w:t>Campo</w:t>
            </w:r>
          </w:p>
        </w:tc>
        <w:tc>
          <w:tcPr>
            <w:tcW w:w="4703" w:type="dxa"/>
            <w:shd w:val="clear" w:color="auto" w:fill="D9EAF7"/>
            <w:vAlign w:val="center"/>
          </w:tcPr>
          <w:p w14:paraId="1D38A77B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b/>
                <w:lang w:val="es-ES"/>
              </w:rPr>
              <w:t>Información</w:t>
            </w:r>
          </w:p>
        </w:tc>
      </w:tr>
      <w:tr w:rsidR="00820402" w:rsidRPr="00820402" w14:paraId="298EEAC9" w14:textId="77777777" w:rsidTr="00E77293">
        <w:trPr>
          <w:jc w:val="center"/>
        </w:trPr>
        <w:tc>
          <w:tcPr>
            <w:tcW w:w="4703" w:type="dxa"/>
            <w:vAlign w:val="center"/>
          </w:tcPr>
          <w:p w14:paraId="744557C4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Unidad responsable</w:t>
            </w:r>
          </w:p>
        </w:tc>
        <w:tc>
          <w:tcPr>
            <w:tcW w:w="4703" w:type="dxa"/>
            <w:vAlign w:val="center"/>
          </w:tcPr>
          <w:p w14:paraId="234502F3" w14:textId="77777777" w:rsidR="00820402" w:rsidRPr="00820402" w:rsidRDefault="00820402" w:rsidP="00820402">
            <w:pPr>
              <w:rPr>
                <w:lang w:val="es-ES"/>
              </w:rPr>
            </w:pPr>
          </w:p>
        </w:tc>
      </w:tr>
      <w:tr w:rsidR="00820402" w:rsidRPr="00820402" w14:paraId="6450CDF2" w14:textId="77777777" w:rsidTr="00E77293">
        <w:trPr>
          <w:jc w:val="center"/>
        </w:trPr>
        <w:tc>
          <w:tcPr>
            <w:tcW w:w="4703" w:type="dxa"/>
            <w:vAlign w:val="center"/>
          </w:tcPr>
          <w:p w14:paraId="6AD1F7EF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Facultad/Instituto/Centro/Unidad</w:t>
            </w:r>
          </w:p>
        </w:tc>
        <w:tc>
          <w:tcPr>
            <w:tcW w:w="4703" w:type="dxa"/>
            <w:vAlign w:val="center"/>
          </w:tcPr>
          <w:p w14:paraId="142180A4" w14:textId="77777777" w:rsidR="00820402" w:rsidRPr="00820402" w:rsidRDefault="00820402" w:rsidP="00820402">
            <w:pPr>
              <w:rPr>
                <w:lang w:val="es-ES"/>
              </w:rPr>
            </w:pPr>
          </w:p>
        </w:tc>
      </w:tr>
      <w:tr w:rsidR="00820402" w:rsidRPr="00820402" w14:paraId="4F3AE187" w14:textId="77777777" w:rsidTr="00E77293">
        <w:trPr>
          <w:jc w:val="center"/>
        </w:trPr>
        <w:tc>
          <w:tcPr>
            <w:tcW w:w="4703" w:type="dxa"/>
            <w:vAlign w:val="center"/>
          </w:tcPr>
          <w:p w14:paraId="0AF9A9DD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Responsable de la solicitud</w:t>
            </w:r>
          </w:p>
        </w:tc>
        <w:tc>
          <w:tcPr>
            <w:tcW w:w="4703" w:type="dxa"/>
            <w:vAlign w:val="center"/>
          </w:tcPr>
          <w:p w14:paraId="26F63ACF" w14:textId="77777777" w:rsidR="00820402" w:rsidRPr="00820402" w:rsidRDefault="00820402" w:rsidP="00820402">
            <w:pPr>
              <w:rPr>
                <w:lang w:val="es-ES"/>
              </w:rPr>
            </w:pPr>
          </w:p>
        </w:tc>
      </w:tr>
      <w:tr w:rsidR="00820402" w:rsidRPr="00820402" w14:paraId="672CE6D2" w14:textId="77777777" w:rsidTr="00E77293">
        <w:trPr>
          <w:jc w:val="center"/>
        </w:trPr>
        <w:tc>
          <w:tcPr>
            <w:tcW w:w="4703" w:type="dxa"/>
            <w:vAlign w:val="center"/>
          </w:tcPr>
          <w:p w14:paraId="20EAD914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Cargo</w:t>
            </w:r>
          </w:p>
        </w:tc>
        <w:tc>
          <w:tcPr>
            <w:tcW w:w="4703" w:type="dxa"/>
            <w:vAlign w:val="center"/>
          </w:tcPr>
          <w:p w14:paraId="6C96905B" w14:textId="77777777" w:rsidR="00820402" w:rsidRPr="00820402" w:rsidRDefault="00820402" w:rsidP="00820402">
            <w:pPr>
              <w:rPr>
                <w:lang w:val="es-ES"/>
              </w:rPr>
            </w:pPr>
          </w:p>
        </w:tc>
      </w:tr>
      <w:tr w:rsidR="00820402" w:rsidRPr="00820402" w14:paraId="671DBC23" w14:textId="77777777" w:rsidTr="00E77293">
        <w:trPr>
          <w:jc w:val="center"/>
        </w:trPr>
        <w:tc>
          <w:tcPr>
            <w:tcW w:w="4703" w:type="dxa"/>
            <w:vAlign w:val="center"/>
          </w:tcPr>
          <w:p w14:paraId="409FF88E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Calidad contractual</w:t>
            </w:r>
          </w:p>
        </w:tc>
        <w:tc>
          <w:tcPr>
            <w:tcW w:w="4703" w:type="dxa"/>
            <w:vAlign w:val="center"/>
          </w:tcPr>
          <w:p w14:paraId="540F3980" w14:textId="77777777" w:rsidR="00820402" w:rsidRPr="00820402" w:rsidRDefault="00820402" w:rsidP="00820402">
            <w:pPr>
              <w:rPr>
                <w:lang w:val="es-ES"/>
              </w:rPr>
            </w:pPr>
          </w:p>
        </w:tc>
      </w:tr>
      <w:tr w:rsidR="00820402" w:rsidRPr="00820402" w14:paraId="039DE322" w14:textId="77777777" w:rsidTr="00E77293">
        <w:trPr>
          <w:jc w:val="center"/>
        </w:trPr>
        <w:tc>
          <w:tcPr>
            <w:tcW w:w="4703" w:type="dxa"/>
            <w:vAlign w:val="center"/>
          </w:tcPr>
          <w:p w14:paraId="7AC78658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Correo electrónico</w:t>
            </w:r>
          </w:p>
        </w:tc>
        <w:tc>
          <w:tcPr>
            <w:tcW w:w="4703" w:type="dxa"/>
            <w:vAlign w:val="center"/>
          </w:tcPr>
          <w:p w14:paraId="5379D2EE" w14:textId="77777777" w:rsidR="00820402" w:rsidRPr="00820402" w:rsidRDefault="00820402" w:rsidP="00820402">
            <w:pPr>
              <w:rPr>
                <w:lang w:val="es-ES"/>
              </w:rPr>
            </w:pPr>
          </w:p>
        </w:tc>
      </w:tr>
      <w:tr w:rsidR="00820402" w:rsidRPr="00820402" w14:paraId="6BC48379" w14:textId="77777777" w:rsidTr="00E77293">
        <w:trPr>
          <w:jc w:val="center"/>
        </w:trPr>
        <w:tc>
          <w:tcPr>
            <w:tcW w:w="4703" w:type="dxa"/>
            <w:vAlign w:val="center"/>
          </w:tcPr>
          <w:p w14:paraId="5B1F4DB1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Teléfono</w:t>
            </w:r>
          </w:p>
        </w:tc>
        <w:tc>
          <w:tcPr>
            <w:tcW w:w="4703" w:type="dxa"/>
            <w:vAlign w:val="center"/>
          </w:tcPr>
          <w:p w14:paraId="5AF45DEF" w14:textId="77777777" w:rsidR="00820402" w:rsidRPr="00820402" w:rsidRDefault="00820402" w:rsidP="00820402">
            <w:pPr>
              <w:rPr>
                <w:lang w:val="es-ES"/>
              </w:rPr>
            </w:pPr>
          </w:p>
        </w:tc>
      </w:tr>
      <w:tr w:rsidR="00820402" w:rsidRPr="00820402" w14:paraId="706748A6" w14:textId="77777777" w:rsidTr="00E77293">
        <w:trPr>
          <w:jc w:val="center"/>
        </w:trPr>
        <w:tc>
          <w:tcPr>
            <w:tcW w:w="4703" w:type="dxa"/>
            <w:vAlign w:val="center"/>
          </w:tcPr>
          <w:p w14:paraId="6CF49724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Jefatura/directivo que visa</w:t>
            </w:r>
          </w:p>
        </w:tc>
        <w:tc>
          <w:tcPr>
            <w:tcW w:w="4703" w:type="dxa"/>
            <w:vAlign w:val="center"/>
          </w:tcPr>
          <w:p w14:paraId="7E57265A" w14:textId="77777777" w:rsidR="00820402" w:rsidRPr="00820402" w:rsidRDefault="00820402" w:rsidP="00820402">
            <w:pPr>
              <w:rPr>
                <w:lang w:val="es-ES"/>
              </w:rPr>
            </w:pPr>
          </w:p>
        </w:tc>
      </w:tr>
    </w:tbl>
    <w:p w14:paraId="3D3192BF" w14:textId="455AEF2E" w:rsidR="00820402" w:rsidRPr="00820402" w:rsidRDefault="00820402" w:rsidP="00820402">
      <w:pPr>
        <w:rPr>
          <w:b/>
          <w:lang w:val="es-ES"/>
        </w:rPr>
      </w:pPr>
      <w:r w:rsidRPr="00820402">
        <w:rPr>
          <w:lang w:val="es-ES"/>
        </w:rPr>
        <w:t>B. Equipo solicitado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703"/>
        <w:gridCol w:w="4703"/>
      </w:tblGrid>
      <w:tr w:rsidR="00820402" w:rsidRPr="00820402" w14:paraId="7E447B7E" w14:textId="77777777" w:rsidTr="00E77293">
        <w:trPr>
          <w:jc w:val="center"/>
        </w:trPr>
        <w:tc>
          <w:tcPr>
            <w:tcW w:w="4703" w:type="dxa"/>
            <w:shd w:val="clear" w:color="auto" w:fill="D9EAF7"/>
            <w:vAlign w:val="center"/>
          </w:tcPr>
          <w:p w14:paraId="4C96A0AF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b/>
                <w:lang w:val="es-ES"/>
              </w:rPr>
              <w:t>Campo</w:t>
            </w:r>
          </w:p>
        </w:tc>
        <w:tc>
          <w:tcPr>
            <w:tcW w:w="4703" w:type="dxa"/>
            <w:shd w:val="clear" w:color="auto" w:fill="D9EAF7"/>
            <w:vAlign w:val="center"/>
          </w:tcPr>
          <w:p w14:paraId="499F45C5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b/>
                <w:lang w:val="es-ES"/>
              </w:rPr>
              <w:t>Información</w:t>
            </w:r>
          </w:p>
        </w:tc>
      </w:tr>
      <w:tr w:rsidR="00820402" w:rsidRPr="00820402" w14:paraId="332B0BA4" w14:textId="77777777" w:rsidTr="00E77293">
        <w:trPr>
          <w:jc w:val="center"/>
        </w:trPr>
        <w:tc>
          <w:tcPr>
            <w:tcW w:w="4703" w:type="dxa"/>
            <w:vAlign w:val="center"/>
          </w:tcPr>
          <w:p w14:paraId="24428451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Denominación del equipo</w:t>
            </w:r>
          </w:p>
        </w:tc>
        <w:tc>
          <w:tcPr>
            <w:tcW w:w="4703" w:type="dxa"/>
            <w:vAlign w:val="center"/>
          </w:tcPr>
          <w:p w14:paraId="26DACE5A" w14:textId="77777777" w:rsidR="00820402" w:rsidRPr="00820402" w:rsidRDefault="00820402" w:rsidP="00820402">
            <w:pPr>
              <w:rPr>
                <w:lang w:val="es-ES"/>
              </w:rPr>
            </w:pPr>
          </w:p>
        </w:tc>
      </w:tr>
      <w:tr w:rsidR="00820402" w:rsidRPr="00820402" w14:paraId="09DD9944" w14:textId="77777777" w:rsidTr="00E77293">
        <w:trPr>
          <w:jc w:val="center"/>
        </w:trPr>
        <w:tc>
          <w:tcPr>
            <w:tcW w:w="4703" w:type="dxa"/>
            <w:vAlign w:val="center"/>
          </w:tcPr>
          <w:p w14:paraId="156A6E38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Marca/modelo, si corresponde</w:t>
            </w:r>
          </w:p>
        </w:tc>
        <w:tc>
          <w:tcPr>
            <w:tcW w:w="4703" w:type="dxa"/>
            <w:vAlign w:val="center"/>
          </w:tcPr>
          <w:p w14:paraId="2F131371" w14:textId="77777777" w:rsidR="00820402" w:rsidRPr="00820402" w:rsidRDefault="00820402" w:rsidP="00820402">
            <w:pPr>
              <w:rPr>
                <w:lang w:val="es-ES"/>
              </w:rPr>
            </w:pPr>
          </w:p>
        </w:tc>
      </w:tr>
      <w:tr w:rsidR="00820402" w:rsidRPr="00820402" w14:paraId="7DD12DD0" w14:textId="77777777" w:rsidTr="00E77293">
        <w:trPr>
          <w:jc w:val="center"/>
        </w:trPr>
        <w:tc>
          <w:tcPr>
            <w:tcW w:w="4703" w:type="dxa"/>
            <w:vAlign w:val="center"/>
          </w:tcPr>
          <w:p w14:paraId="154D768F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Especificaciones técnicas mínimas</w:t>
            </w:r>
          </w:p>
        </w:tc>
        <w:tc>
          <w:tcPr>
            <w:tcW w:w="4703" w:type="dxa"/>
            <w:vAlign w:val="center"/>
          </w:tcPr>
          <w:p w14:paraId="57CA0FE8" w14:textId="77777777" w:rsidR="00820402" w:rsidRPr="00820402" w:rsidRDefault="00820402" w:rsidP="00820402">
            <w:pPr>
              <w:rPr>
                <w:lang w:val="es-ES"/>
              </w:rPr>
            </w:pPr>
          </w:p>
        </w:tc>
      </w:tr>
      <w:tr w:rsidR="00820402" w:rsidRPr="00820402" w14:paraId="205EA6BD" w14:textId="77777777" w:rsidTr="00E77293">
        <w:trPr>
          <w:jc w:val="center"/>
        </w:trPr>
        <w:tc>
          <w:tcPr>
            <w:tcW w:w="4703" w:type="dxa"/>
            <w:vAlign w:val="center"/>
          </w:tcPr>
          <w:p w14:paraId="5CD79266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Ubicación prevista</w:t>
            </w:r>
          </w:p>
        </w:tc>
        <w:tc>
          <w:tcPr>
            <w:tcW w:w="4703" w:type="dxa"/>
            <w:vAlign w:val="center"/>
          </w:tcPr>
          <w:p w14:paraId="55184D69" w14:textId="77777777" w:rsidR="00820402" w:rsidRPr="00820402" w:rsidRDefault="00820402" w:rsidP="00820402">
            <w:pPr>
              <w:rPr>
                <w:lang w:val="es-ES"/>
              </w:rPr>
            </w:pPr>
          </w:p>
        </w:tc>
      </w:tr>
      <w:tr w:rsidR="00820402" w:rsidRPr="00820402" w14:paraId="16EE36CD" w14:textId="77777777" w:rsidTr="00E77293">
        <w:trPr>
          <w:jc w:val="center"/>
        </w:trPr>
        <w:tc>
          <w:tcPr>
            <w:tcW w:w="4703" w:type="dxa"/>
            <w:vAlign w:val="center"/>
          </w:tcPr>
          <w:p w14:paraId="6A2F6238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Función institucional</w:t>
            </w:r>
          </w:p>
        </w:tc>
        <w:tc>
          <w:tcPr>
            <w:tcW w:w="4703" w:type="dxa"/>
            <w:vAlign w:val="center"/>
          </w:tcPr>
          <w:p w14:paraId="36D7FC13" w14:textId="77777777" w:rsidR="00820402" w:rsidRPr="00820402" w:rsidRDefault="00820402" w:rsidP="00820402">
            <w:pPr>
              <w:rPr>
                <w:lang w:val="es-ES"/>
              </w:rPr>
            </w:pPr>
          </w:p>
        </w:tc>
      </w:tr>
      <w:tr w:rsidR="00820402" w:rsidRPr="00820402" w14:paraId="2AD9AFD2" w14:textId="77777777" w:rsidTr="00E77293">
        <w:trPr>
          <w:jc w:val="center"/>
        </w:trPr>
        <w:tc>
          <w:tcPr>
            <w:tcW w:w="4703" w:type="dxa"/>
            <w:vAlign w:val="center"/>
          </w:tcPr>
          <w:p w14:paraId="4BB91E67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Monto total estimado</w:t>
            </w:r>
          </w:p>
        </w:tc>
        <w:tc>
          <w:tcPr>
            <w:tcW w:w="4703" w:type="dxa"/>
            <w:vAlign w:val="center"/>
          </w:tcPr>
          <w:p w14:paraId="17D03DA5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$</w:t>
            </w:r>
          </w:p>
        </w:tc>
      </w:tr>
      <w:tr w:rsidR="00820402" w:rsidRPr="00820402" w14:paraId="062FF86F" w14:textId="77777777" w:rsidTr="00E77293">
        <w:trPr>
          <w:jc w:val="center"/>
        </w:trPr>
        <w:tc>
          <w:tcPr>
            <w:tcW w:w="4703" w:type="dxa"/>
            <w:vAlign w:val="center"/>
          </w:tcPr>
          <w:p w14:paraId="7C3ACCB3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Proveedor(es) cotizado(s)</w:t>
            </w:r>
          </w:p>
        </w:tc>
        <w:tc>
          <w:tcPr>
            <w:tcW w:w="4703" w:type="dxa"/>
            <w:vAlign w:val="center"/>
          </w:tcPr>
          <w:p w14:paraId="76CBDED1" w14:textId="77777777" w:rsidR="00820402" w:rsidRPr="00820402" w:rsidRDefault="00820402" w:rsidP="00820402">
            <w:pPr>
              <w:rPr>
                <w:lang w:val="es-ES"/>
              </w:rPr>
            </w:pPr>
          </w:p>
        </w:tc>
      </w:tr>
    </w:tbl>
    <w:p w14:paraId="333400DB" w14:textId="795A5B37" w:rsidR="00820402" w:rsidRPr="00820402" w:rsidRDefault="00820402" w:rsidP="00820402">
      <w:pPr>
        <w:rPr>
          <w:b/>
          <w:lang w:val="es-ES"/>
        </w:rPr>
      </w:pPr>
      <w:proofErr w:type="gramStart"/>
      <w:r w:rsidRPr="00820402">
        <w:rPr>
          <w:lang w:val="es-ES"/>
        </w:rPr>
        <w:t>C. Equipo existente a reemplazar</w:t>
      </w:r>
      <w:proofErr w:type="gramEnd"/>
    </w:p>
    <w:p w14:paraId="5950E094" w14:textId="1A6A4338" w:rsidR="00820402" w:rsidRPr="00820402" w:rsidRDefault="00820402" w:rsidP="00820402">
      <w:pPr>
        <w:rPr>
          <w:lang w:val="es-ES"/>
        </w:rPr>
      </w:pPr>
      <w:r w:rsidRPr="00820402">
        <w:rPr>
          <w:lang w:val="es-ES"/>
        </w:rPr>
        <w:t>Completar cuando corresponda.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703"/>
        <w:gridCol w:w="4703"/>
      </w:tblGrid>
      <w:tr w:rsidR="00820402" w:rsidRPr="00820402" w14:paraId="01A4CA8E" w14:textId="77777777" w:rsidTr="00E77293">
        <w:trPr>
          <w:jc w:val="center"/>
        </w:trPr>
        <w:tc>
          <w:tcPr>
            <w:tcW w:w="4703" w:type="dxa"/>
            <w:shd w:val="clear" w:color="auto" w:fill="D9EAF7"/>
            <w:vAlign w:val="center"/>
          </w:tcPr>
          <w:p w14:paraId="79A186F1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b/>
                <w:lang w:val="es-ES"/>
              </w:rPr>
              <w:t>Campo</w:t>
            </w:r>
          </w:p>
        </w:tc>
        <w:tc>
          <w:tcPr>
            <w:tcW w:w="4703" w:type="dxa"/>
            <w:shd w:val="clear" w:color="auto" w:fill="D9EAF7"/>
            <w:vAlign w:val="center"/>
          </w:tcPr>
          <w:p w14:paraId="44C2D651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b/>
                <w:lang w:val="es-ES"/>
              </w:rPr>
              <w:t>Información</w:t>
            </w:r>
          </w:p>
        </w:tc>
      </w:tr>
      <w:tr w:rsidR="00820402" w:rsidRPr="00820402" w14:paraId="3A8DF8CB" w14:textId="77777777" w:rsidTr="00E77293">
        <w:trPr>
          <w:jc w:val="center"/>
        </w:trPr>
        <w:tc>
          <w:tcPr>
            <w:tcW w:w="4703" w:type="dxa"/>
            <w:vAlign w:val="center"/>
          </w:tcPr>
          <w:p w14:paraId="29FB56FF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Equipo actual</w:t>
            </w:r>
          </w:p>
        </w:tc>
        <w:tc>
          <w:tcPr>
            <w:tcW w:w="4703" w:type="dxa"/>
            <w:vAlign w:val="center"/>
          </w:tcPr>
          <w:p w14:paraId="2A452AF6" w14:textId="77777777" w:rsidR="00820402" w:rsidRPr="00820402" w:rsidRDefault="00820402" w:rsidP="00820402">
            <w:pPr>
              <w:rPr>
                <w:lang w:val="es-ES"/>
              </w:rPr>
            </w:pPr>
          </w:p>
        </w:tc>
      </w:tr>
      <w:tr w:rsidR="00820402" w:rsidRPr="00820402" w14:paraId="76313874" w14:textId="77777777" w:rsidTr="00E77293">
        <w:trPr>
          <w:jc w:val="center"/>
        </w:trPr>
        <w:tc>
          <w:tcPr>
            <w:tcW w:w="4703" w:type="dxa"/>
            <w:vAlign w:val="center"/>
          </w:tcPr>
          <w:p w14:paraId="738E68A2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Marca/modelo</w:t>
            </w:r>
          </w:p>
        </w:tc>
        <w:tc>
          <w:tcPr>
            <w:tcW w:w="4703" w:type="dxa"/>
            <w:vAlign w:val="center"/>
          </w:tcPr>
          <w:p w14:paraId="39511220" w14:textId="77777777" w:rsidR="00820402" w:rsidRPr="00820402" w:rsidRDefault="00820402" w:rsidP="00820402">
            <w:pPr>
              <w:rPr>
                <w:lang w:val="es-ES"/>
              </w:rPr>
            </w:pPr>
          </w:p>
        </w:tc>
      </w:tr>
      <w:tr w:rsidR="00820402" w:rsidRPr="00820402" w14:paraId="5112B941" w14:textId="77777777" w:rsidTr="00E77293">
        <w:trPr>
          <w:jc w:val="center"/>
        </w:trPr>
        <w:tc>
          <w:tcPr>
            <w:tcW w:w="4703" w:type="dxa"/>
            <w:vAlign w:val="center"/>
          </w:tcPr>
          <w:p w14:paraId="594FAA62" w14:textId="77777777" w:rsidR="00820402" w:rsidRPr="00820402" w:rsidRDefault="00820402" w:rsidP="00820402">
            <w:pPr>
              <w:rPr>
                <w:lang w:val="es-ES"/>
              </w:rPr>
            </w:pPr>
            <w:proofErr w:type="spellStart"/>
            <w:r w:rsidRPr="00820402">
              <w:rPr>
                <w:lang w:val="es-ES"/>
              </w:rPr>
              <w:t>N.°</w:t>
            </w:r>
            <w:proofErr w:type="spellEnd"/>
            <w:r w:rsidRPr="00820402">
              <w:rPr>
                <w:lang w:val="es-ES"/>
              </w:rPr>
              <w:t xml:space="preserve"> inventario</w:t>
            </w:r>
          </w:p>
        </w:tc>
        <w:tc>
          <w:tcPr>
            <w:tcW w:w="4703" w:type="dxa"/>
            <w:vAlign w:val="center"/>
          </w:tcPr>
          <w:p w14:paraId="60484F2F" w14:textId="77777777" w:rsidR="00820402" w:rsidRPr="00820402" w:rsidRDefault="00820402" w:rsidP="00820402">
            <w:pPr>
              <w:rPr>
                <w:lang w:val="es-ES"/>
              </w:rPr>
            </w:pPr>
          </w:p>
        </w:tc>
      </w:tr>
      <w:tr w:rsidR="00820402" w:rsidRPr="00820402" w14:paraId="5BBE6D66" w14:textId="77777777" w:rsidTr="00E77293">
        <w:trPr>
          <w:jc w:val="center"/>
        </w:trPr>
        <w:tc>
          <w:tcPr>
            <w:tcW w:w="4703" w:type="dxa"/>
            <w:vAlign w:val="center"/>
          </w:tcPr>
          <w:p w14:paraId="5659E421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Antigüedad aproximada</w:t>
            </w:r>
          </w:p>
        </w:tc>
        <w:tc>
          <w:tcPr>
            <w:tcW w:w="4703" w:type="dxa"/>
            <w:vAlign w:val="center"/>
          </w:tcPr>
          <w:p w14:paraId="5191A6F2" w14:textId="77777777" w:rsidR="00820402" w:rsidRPr="00820402" w:rsidRDefault="00820402" w:rsidP="00820402">
            <w:pPr>
              <w:rPr>
                <w:lang w:val="es-ES"/>
              </w:rPr>
            </w:pPr>
          </w:p>
        </w:tc>
      </w:tr>
      <w:tr w:rsidR="00820402" w:rsidRPr="00820402" w14:paraId="09B602D6" w14:textId="77777777" w:rsidTr="00E77293">
        <w:trPr>
          <w:jc w:val="center"/>
        </w:trPr>
        <w:tc>
          <w:tcPr>
            <w:tcW w:w="4703" w:type="dxa"/>
            <w:vAlign w:val="center"/>
          </w:tcPr>
          <w:p w14:paraId="3377D9F1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Estado actual</w:t>
            </w:r>
          </w:p>
        </w:tc>
        <w:tc>
          <w:tcPr>
            <w:tcW w:w="4703" w:type="dxa"/>
            <w:vAlign w:val="center"/>
          </w:tcPr>
          <w:p w14:paraId="17F0BE02" w14:textId="77777777" w:rsidR="00820402" w:rsidRPr="00820402" w:rsidRDefault="00820402" w:rsidP="00820402">
            <w:pPr>
              <w:rPr>
                <w:lang w:val="es-ES"/>
              </w:rPr>
            </w:pPr>
          </w:p>
        </w:tc>
      </w:tr>
    </w:tbl>
    <w:p w14:paraId="23B589B8" w14:textId="26977062" w:rsidR="00820402" w:rsidRPr="00820402" w:rsidRDefault="00820402" w:rsidP="00820402">
      <w:pPr>
        <w:rPr>
          <w:b/>
          <w:lang w:val="es-ES"/>
        </w:rPr>
      </w:pPr>
      <w:r w:rsidRPr="00820402">
        <w:rPr>
          <w:lang w:val="es-ES"/>
        </w:rPr>
        <w:t>D. Necesidad crítica y excepcionalidad</w:t>
      </w:r>
    </w:p>
    <w:p w14:paraId="3C0B0099" w14:textId="1ABF32A0" w:rsidR="00820402" w:rsidRPr="00820402" w:rsidRDefault="00820402" w:rsidP="00820402">
      <w:pPr>
        <w:rPr>
          <w:lang w:val="es-ES"/>
        </w:rPr>
      </w:pPr>
      <w:r w:rsidRPr="00820402">
        <w:rPr>
          <w:lang w:val="es-ES"/>
        </w:rPr>
        <w:t>1. Describa la necesidad crítica que motiva la adquisición:</w:t>
      </w:r>
      <w:r w:rsidRPr="00820402">
        <w:rPr>
          <w:lang w:val="es-ES"/>
        </w:rPr>
        <w:br/>
      </w:r>
      <w:r w:rsidRPr="00820402">
        <w:rPr>
          <w:lang w:val="es-ES"/>
        </w:rPr>
        <w:br/>
        <w:t>________________________________________________________________________________</w:t>
      </w:r>
      <w:r w:rsidRPr="00820402">
        <w:rPr>
          <w:lang w:val="es-ES"/>
        </w:rPr>
        <w:br/>
      </w:r>
      <w:r w:rsidRPr="00820402">
        <w:rPr>
          <w:lang w:val="es-ES"/>
        </w:rPr>
        <w:br/>
        <w:t>________________________________________________________________________________</w:t>
      </w:r>
    </w:p>
    <w:p w14:paraId="076F2CC2" w14:textId="3405E17E" w:rsidR="00820402" w:rsidRPr="00820402" w:rsidRDefault="00820402" w:rsidP="00820402">
      <w:pPr>
        <w:rPr>
          <w:lang w:val="es-ES"/>
        </w:rPr>
      </w:pPr>
      <w:r w:rsidRPr="00820402">
        <w:rPr>
          <w:lang w:val="es-ES"/>
        </w:rPr>
        <w:t>2. Explique por qué la adquisición es excepcional y por qué no corresponde resolver la necesidad mediante reparación/mantención:</w:t>
      </w:r>
      <w:r w:rsidRPr="00820402">
        <w:rPr>
          <w:lang w:val="es-ES"/>
        </w:rPr>
        <w:br/>
      </w:r>
      <w:r w:rsidRPr="00820402">
        <w:rPr>
          <w:lang w:val="es-ES"/>
        </w:rPr>
        <w:br/>
        <w:t>________________________________________________________________________________</w:t>
      </w:r>
      <w:r w:rsidRPr="00820402">
        <w:rPr>
          <w:lang w:val="es-ES"/>
        </w:rPr>
        <w:br/>
      </w:r>
      <w:r w:rsidRPr="00820402">
        <w:rPr>
          <w:lang w:val="es-ES"/>
        </w:rPr>
        <w:lastRenderedPageBreak/>
        <w:br/>
        <w:t>________________________________________________________________________________</w:t>
      </w:r>
    </w:p>
    <w:p w14:paraId="6BF3ED34" w14:textId="60A86F8B" w:rsidR="00820402" w:rsidRPr="00820402" w:rsidRDefault="00820402" w:rsidP="00820402">
      <w:pPr>
        <w:rPr>
          <w:lang w:val="es-ES"/>
        </w:rPr>
      </w:pPr>
      <w:r w:rsidRPr="00820402">
        <w:rPr>
          <w:lang w:val="es-ES"/>
        </w:rPr>
        <w:t>3. Consecuencia de no financiar la adquisición:</w:t>
      </w:r>
      <w:r w:rsidRPr="00820402">
        <w:rPr>
          <w:lang w:val="es-ES"/>
        </w:rPr>
        <w:br/>
      </w:r>
      <w:r w:rsidRPr="00820402">
        <w:rPr>
          <w:lang w:val="es-ES"/>
        </w:rPr>
        <w:br/>
        <w:t>________________________________________________________________________________</w:t>
      </w:r>
      <w:r w:rsidRPr="00820402">
        <w:rPr>
          <w:lang w:val="es-ES"/>
        </w:rPr>
        <w:br/>
      </w:r>
      <w:r w:rsidRPr="00820402">
        <w:rPr>
          <w:lang w:val="es-ES"/>
        </w:rPr>
        <w:br/>
        <w:t>________________________________________________________________________________</w:t>
      </w:r>
    </w:p>
    <w:p w14:paraId="32F381D4" w14:textId="38CC205B" w:rsidR="00820402" w:rsidRPr="00820402" w:rsidRDefault="00820402" w:rsidP="00820402">
      <w:pPr>
        <w:pStyle w:val="Ttulo2"/>
        <w:rPr>
          <w:lang w:val="es-ES"/>
        </w:rPr>
      </w:pPr>
      <w:r w:rsidRPr="00820402">
        <w:rPr>
          <w:lang w:val="es-ES"/>
        </w:rPr>
        <w:t>E. Alternativas revisadas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135"/>
        <w:gridCol w:w="3135"/>
        <w:gridCol w:w="3135"/>
      </w:tblGrid>
      <w:tr w:rsidR="00820402" w:rsidRPr="00820402" w14:paraId="31474AAD" w14:textId="77777777" w:rsidTr="00E77293">
        <w:trPr>
          <w:jc w:val="center"/>
        </w:trPr>
        <w:tc>
          <w:tcPr>
            <w:tcW w:w="3135" w:type="dxa"/>
            <w:shd w:val="clear" w:color="auto" w:fill="D9EAF7"/>
            <w:vAlign w:val="center"/>
          </w:tcPr>
          <w:p w14:paraId="0A021C60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b/>
                <w:lang w:val="es-ES"/>
              </w:rPr>
              <w:t>Alternativa</w:t>
            </w:r>
          </w:p>
        </w:tc>
        <w:tc>
          <w:tcPr>
            <w:tcW w:w="3135" w:type="dxa"/>
            <w:shd w:val="clear" w:color="auto" w:fill="D9EAF7"/>
            <w:vAlign w:val="center"/>
          </w:tcPr>
          <w:p w14:paraId="0E075623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b/>
                <w:lang w:val="es-ES"/>
              </w:rPr>
              <w:t>¿Se revisó?</w:t>
            </w:r>
          </w:p>
        </w:tc>
        <w:tc>
          <w:tcPr>
            <w:tcW w:w="3135" w:type="dxa"/>
            <w:shd w:val="clear" w:color="auto" w:fill="D9EAF7"/>
            <w:vAlign w:val="center"/>
          </w:tcPr>
          <w:p w14:paraId="4A80263A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b/>
                <w:lang w:val="es-ES"/>
              </w:rPr>
              <w:t>Resultado / razón para descartarla</w:t>
            </w:r>
          </w:p>
        </w:tc>
      </w:tr>
      <w:tr w:rsidR="00820402" w:rsidRPr="00820402" w14:paraId="0E99CBD1" w14:textId="77777777" w:rsidTr="00E77293">
        <w:trPr>
          <w:jc w:val="center"/>
        </w:trPr>
        <w:tc>
          <w:tcPr>
            <w:tcW w:w="3135" w:type="dxa"/>
            <w:vAlign w:val="center"/>
          </w:tcPr>
          <w:p w14:paraId="17088CE4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Reparación del equipo existente</w:t>
            </w:r>
          </w:p>
        </w:tc>
        <w:tc>
          <w:tcPr>
            <w:tcW w:w="3135" w:type="dxa"/>
            <w:vAlign w:val="center"/>
          </w:tcPr>
          <w:p w14:paraId="3E11C997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rFonts w:ascii="Segoe UI Symbol" w:hAnsi="Segoe UI Symbol" w:cs="Segoe UI Symbol"/>
                <w:lang w:val="es-ES"/>
              </w:rPr>
              <w:t>☐</w:t>
            </w:r>
            <w:r w:rsidRPr="00820402">
              <w:rPr>
                <w:lang w:val="es-ES"/>
              </w:rPr>
              <w:t xml:space="preserve"> </w:t>
            </w:r>
            <w:proofErr w:type="gramStart"/>
            <w:r w:rsidRPr="00820402">
              <w:rPr>
                <w:lang w:val="es-ES"/>
              </w:rPr>
              <w:t xml:space="preserve">Sí  </w:t>
            </w:r>
            <w:r w:rsidRPr="00820402">
              <w:rPr>
                <w:rFonts w:ascii="Segoe UI Symbol" w:hAnsi="Segoe UI Symbol" w:cs="Segoe UI Symbol"/>
                <w:lang w:val="es-ES"/>
              </w:rPr>
              <w:t>☐</w:t>
            </w:r>
            <w:proofErr w:type="gramEnd"/>
            <w:r w:rsidRPr="00820402">
              <w:rPr>
                <w:lang w:val="es-ES"/>
              </w:rPr>
              <w:t xml:space="preserve"> No</w:t>
            </w:r>
          </w:p>
        </w:tc>
        <w:tc>
          <w:tcPr>
            <w:tcW w:w="3135" w:type="dxa"/>
            <w:vAlign w:val="center"/>
          </w:tcPr>
          <w:p w14:paraId="4B6F79A0" w14:textId="77777777" w:rsidR="00820402" w:rsidRPr="00820402" w:rsidRDefault="00820402" w:rsidP="00820402">
            <w:pPr>
              <w:rPr>
                <w:lang w:val="es-ES"/>
              </w:rPr>
            </w:pPr>
          </w:p>
        </w:tc>
      </w:tr>
      <w:tr w:rsidR="00820402" w:rsidRPr="00820402" w14:paraId="29FCB960" w14:textId="77777777" w:rsidTr="00E77293">
        <w:trPr>
          <w:jc w:val="center"/>
        </w:trPr>
        <w:tc>
          <w:tcPr>
            <w:tcW w:w="3135" w:type="dxa"/>
            <w:vAlign w:val="center"/>
          </w:tcPr>
          <w:p w14:paraId="3D2CB87D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Uso compartido de otro equipo institucional</w:t>
            </w:r>
          </w:p>
        </w:tc>
        <w:tc>
          <w:tcPr>
            <w:tcW w:w="3135" w:type="dxa"/>
            <w:vAlign w:val="center"/>
          </w:tcPr>
          <w:p w14:paraId="77AE69A6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rFonts w:ascii="Segoe UI Symbol" w:hAnsi="Segoe UI Symbol" w:cs="Segoe UI Symbol"/>
                <w:lang w:val="es-ES"/>
              </w:rPr>
              <w:t>☐</w:t>
            </w:r>
            <w:r w:rsidRPr="00820402">
              <w:rPr>
                <w:lang w:val="es-ES"/>
              </w:rPr>
              <w:t xml:space="preserve"> </w:t>
            </w:r>
            <w:proofErr w:type="gramStart"/>
            <w:r w:rsidRPr="00820402">
              <w:rPr>
                <w:lang w:val="es-ES"/>
              </w:rPr>
              <w:t xml:space="preserve">Sí  </w:t>
            </w:r>
            <w:r w:rsidRPr="00820402">
              <w:rPr>
                <w:rFonts w:ascii="Segoe UI Symbol" w:hAnsi="Segoe UI Symbol" w:cs="Segoe UI Symbol"/>
                <w:lang w:val="es-ES"/>
              </w:rPr>
              <w:t>☐</w:t>
            </w:r>
            <w:proofErr w:type="gramEnd"/>
            <w:r w:rsidRPr="00820402">
              <w:rPr>
                <w:lang w:val="es-ES"/>
              </w:rPr>
              <w:t xml:space="preserve"> No</w:t>
            </w:r>
          </w:p>
        </w:tc>
        <w:tc>
          <w:tcPr>
            <w:tcW w:w="3135" w:type="dxa"/>
            <w:vAlign w:val="center"/>
          </w:tcPr>
          <w:p w14:paraId="79180820" w14:textId="77777777" w:rsidR="00820402" w:rsidRPr="00820402" w:rsidRDefault="00820402" w:rsidP="00820402">
            <w:pPr>
              <w:rPr>
                <w:lang w:val="es-ES"/>
              </w:rPr>
            </w:pPr>
          </w:p>
        </w:tc>
      </w:tr>
      <w:tr w:rsidR="00820402" w:rsidRPr="00820402" w14:paraId="4647FC49" w14:textId="77777777" w:rsidTr="00E77293">
        <w:trPr>
          <w:jc w:val="center"/>
        </w:trPr>
        <w:tc>
          <w:tcPr>
            <w:tcW w:w="3135" w:type="dxa"/>
            <w:vAlign w:val="center"/>
          </w:tcPr>
          <w:p w14:paraId="5F605431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Servicio/arriendo interno o externo</w:t>
            </w:r>
          </w:p>
        </w:tc>
        <w:tc>
          <w:tcPr>
            <w:tcW w:w="3135" w:type="dxa"/>
            <w:vAlign w:val="center"/>
          </w:tcPr>
          <w:p w14:paraId="0D8ABE1C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rFonts w:ascii="Segoe UI Symbol" w:hAnsi="Segoe UI Symbol" w:cs="Segoe UI Symbol"/>
                <w:lang w:val="es-ES"/>
              </w:rPr>
              <w:t>☐</w:t>
            </w:r>
            <w:r w:rsidRPr="00820402">
              <w:rPr>
                <w:lang w:val="es-ES"/>
              </w:rPr>
              <w:t xml:space="preserve"> </w:t>
            </w:r>
            <w:proofErr w:type="gramStart"/>
            <w:r w:rsidRPr="00820402">
              <w:rPr>
                <w:lang w:val="es-ES"/>
              </w:rPr>
              <w:t xml:space="preserve">Sí  </w:t>
            </w:r>
            <w:r w:rsidRPr="00820402">
              <w:rPr>
                <w:rFonts w:ascii="Segoe UI Symbol" w:hAnsi="Segoe UI Symbol" w:cs="Segoe UI Symbol"/>
                <w:lang w:val="es-ES"/>
              </w:rPr>
              <w:t>☐</w:t>
            </w:r>
            <w:proofErr w:type="gramEnd"/>
            <w:r w:rsidRPr="00820402">
              <w:rPr>
                <w:lang w:val="es-ES"/>
              </w:rPr>
              <w:t xml:space="preserve"> No</w:t>
            </w:r>
          </w:p>
        </w:tc>
        <w:tc>
          <w:tcPr>
            <w:tcW w:w="3135" w:type="dxa"/>
            <w:vAlign w:val="center"/>
          </w:tcPr>
          <w:p w14:paraId="1EABF7A3" w14:textId="77777777" w:rsidR="00820402" w:rsidRPr="00820402" w:rsidRDefault="00820402" w:rsidP="00820402">
            <w:pPr>
              <w:rPr>
                <w:lang w:val="es-ES"/>
              </w:rPr>
            </w:pPr>
          </w:p>
        </w:tc>
      </w:tr>
      <w:tr w:rsidR="00820402" w:rsidRPr="00820402" w14:paraId="1450D6B8" w14:textId="77777777" w:rsidTr="00E77293">
        <w:trPr>
          <w:jc w:val="center"/>
        </w:trPr>
        <w:tc>
          <w:tcPr>
            <w:tcW w:w="3135" w:type="dxa"/>
            <w:vAlign w:val="center"/>
          </w:tcPr>
          <w:p w14:paraId="52A64EB7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Otra fuente de financiamiento</w:t>
            </w:r>
          </w:p>
        </w:tc>
        <w:tc>
          <w:tcPr>
            <w:tcW w:w="3135" w:type="dxa"/>
            <w:vAlign w:val="center"/>
          </w:tcPr>
          <w:p w14:paraId="5126A649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rFonts w:ascii="Segoe UI Symbol" w:hAnsi="Segoe UI Symbol" w:cs="Segoe UI Symbol"/>
                <w:lang w:val="es-ES"/>
              </w:rPr>
              <w:t>☐</w:t>
            </w:r>
            <w:r w:rsidRPr="00820402">
              <w:rPr>
                <w:lang w:val="es-ES"/>
              </w:rPr>
              <w:t xml:space="preserve"> </w:t>
            </w:r>
            <w:proofErr w:type="gramStart"/>
            <w:r w:rsidRPr="00820402">
              <w:rPr>
                <w:lang w:val="es-ES"/>
              </w:rPr>
              <w:t xml:space="preserve">Sí  </w:t>
            </w:r>
            <w:r w:rsidRPr="00820402">
              <w:rPr>
                <w:rFonts w:ascii="Segoe UI Symbol" w:hAnsi="Segoe UI Symbol" w:cs="Segoe UI Symbol"/>
                <w:lang w:val="es-ES"/>
              </w:rPr>
              <w:t>☐</w:t>
            </w:r>
            <w:proofErr w:type="gramEnd"/>
            <w:r w:rsidRPr="00820402">
              <w:rPr>
                <w:lang w:val="es-ES"/>
              </w:rPr>
              <w:t xml:space="preserve"> No</w:t>
            </w:r>
          </w:p>
        </w:tc>
        <w:tc>
          <w:tcPr>
            <w:tcW w:w="3135" w:type="dxa"/>
            <w:vAlign w:val="center"/>
          </w:tcPr>
          <w:p w14:paraId="52C61642" w14:textId="77777777" w:rsidR="00820402" w:rsidRPr="00820402" w:rsidRDefault="00820402" w:rsidP="00820402">
            <w:pPr>
              <w:rPr>
                <w:lang w:val="es-ES"/>
              </w:rPr>
            </w:pPr>
          </w:p>
        </w:tc>
      </w:tr>
      <w:tr w:rsidR="00820402" w:rsidRPr="00820402" w14:paraId="77FCC0CB" w14:textId="77777777" w:rsidTr="00E77293">
        <w:trPr>
          <w:jc w:val="center"/>
        </w:trPr>
        <w:tc>
          <w:tcPr>
            <w:tcW w:w="3135" w:type="dxa"/>
            <w:vAlign w:val="center"/>
          </w:tcPr>
          <w:p w14:paraId="7C4A042B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Otra alternativa</w:t>
            </w:r>
          </w:p>
        </w:tc>
        <w:tc>
          <w:tcPr>
            <w:tcW w:w="3135" w:type="dxa"/>
            <w:vAlign w:val="center"/>
          </w:tcPr>
          <w:p w14:paraId="3E8ECFB8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rFonts w:ascii="Segoe UI Symbol" w:hAnsi="Segoe UI Symbol" w:cs="Segoe UI Symbol"/>
                <w:lang w:val="es-ES"/>
              </w:rPr>
              <w:t>☐</w:t>
            </w:r>
            <w:r w:rsidRPr="00820402">
              <w:rPr>
                <w:lang w:val="es-ES"/>
              </w:rPr>
              <w:t xml:space="preserve"> </w:t>
            </w:r>
            <w:proofErr w:type="gramStart"/>
            <w:r w:rsidRPr="00820402">
              <w:rPr>
                <w:lang w:val="es-ES"/>
              </w:rPr>
              <w:t xml:space="preserve">Sí  </w:t>
            </w:r>
            <w:r w:rsidRPr="00820402">
              <w:rPr>
                <w:rFonts w:ascii="Segoe UI Symbol" w:hAnsi="Segoe UI Symbol" w:cs="Segoe UI Symbol"/>
                <w:lang w:val="es-ES"/>
              </w:rPr>
              <w:t>☐</w:t>
            </w:r>
            <w:proofErr w:type="gramEnd"/>
            <w:r w:rsidRPr="00820402">
              <w:rPr>
                <w:lang w:val="es-ES"/>
              </w:rPr>
              <w:t xml:space="preserve"> No</w:t>
            </w:r>
          </w:p>
        </w:tc>
        <w:tc>
          <w:tcPr>
            <w:tcW w:w="3135" w:type="dxa"/>
            <w:vAlign w:val="center"/>
          </w:tcPr>
          <w:p w14:paraId="07C3A77B" w14:textId="77777777" w:rsidR="00820402" w:rsidRPr="00820402" w:rsidRDefault="00820402" w:rsidP="00820402">
            <w:pPr>
              <w:rPr>
                <w:lang w:val="es-ES"/>
              </w:rPr>
            </w:pPr>
          </w:p>
        </w:tc>
      </w:tr>
    </w:tbl>
    <w:p w14:paraId="200DB4B1" w14:textId="367D24E8" w:rsidR="00820402" w:rsidRPr="00820402" w:rsidRDefault="00820402" w:rsidP="00820402">
      <w:pPr>
        <w:rPr>
          <w:b/>
          <w:lang w:val="es-ES"/>
        </w:rPr>
      </w:pPr>
      <w:r w:rsidRPr="00820402">
        <w:rPr>
          <w:lang w:val="es-ES"/>
        </w:rPr>
        <w:t>F. Comparación reparación versus adquisición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135"/>
        <w:gridCol w:w="3135"/>
        <w:gridCol w:w="3135"/>
      </w:tblGrid>
      <w:tr w:rsidR="00820402" w:rsidRPr="00820402" w14:paraId="4D51309A" w14:textId="77777777" w:rsidTr="00E77293">
        <w:trPr>
          <w:jc w:val="center"/>
        </w:trPr>
        <w:tc>
          <w:tcPr>
            <w:tcW w:w="3135" w:type="dxa"/>
            <w:shd w:val="clear" w:color="auto" w:fill="D9EAF7"/>
            <w:vAlign w:val="center"/>
          </w:tcPr>
          <w:p w14:paraId="79FDA72D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b/>
                <w:lang w:val="es-ES"/>
              </w:rPr>
              <w:t>Aspecto</w:t>
            </w:r>
          </w:p>
        </w:tc>
        <w:tc>
          <w:tcPr>
            <w:tcW w:w="3135" w:type="dxa"/>
            <w:shd w:val="clear" w:color="auto" w:fill="D9EAF7"/>
            <w:vAlign w:val="center"/>
          </w:tcPr>
          <w:p w14:paraId="130373D1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b/>
                <w:lang w:val="es-ES"/>
              </w:rPr>
              <w:t>Reparación</w:t>
            </w:r>
          </w:p>
        </w:tc>
        <w:tc>
          <w:tcPr>
            <w:tcW w:w="3135" w:type="dxa"/>
            <w:shd w:val="clear" w:color="auto" w:fill="D9EAF7"/>
            <w:vAlign w:val="center"/>
          </w:tcPr>
          <w:p w14:paraId="067EE62E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b/>
                <w:lang w:val="es-ES"/>
              </w:rPr>
              <w:t>Adquisición</w:t>
            </w:r>
          </w:p>
        </w:tc>
      </w:tr>
      <w:tr w:rsidR="00820402" w:rsidRPr="00820402" w14:paraId="5D46BC2D" w14:textId="77777777" w:rsidTr="00E77293">
        <w:trPr>
          <w:jc w:val="center"/>
        </w:trPr>
        <w:tc>
          <w:tcPr>
            <w:tcW w:w="3135" w:type="dxa"/>
            <w:vAlign w:val="center"/>
          </w:tcPr>
          <w:p w14:paraId="3EC25F22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Costo estimado</w:t>
            </w:r>
          </w:p>
        </w:tc>
        <w:tc>
          <w:tcPr>
            <w:tcW w:w="3135" w:type="dxa"/>
            <w:vAlign w:val="center"/>
          </w:tcPr>
          <w:p w14:paraId="41C8775D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$</w:t>
            </w:r>
          </w:p>
        </w:tc>
        <w:tc>
          <w:tcPr>
            <w:tcW w:w="3135" w:type="dxa"/>
            <w:vAlign w:val="center"/>
          </w:tcPr>
          <w:p w14:paraId="429806B9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$</w:t>
            </w:r>
          </w:p>
        </w:tc>
      </w:tr>
      <w:tr w:rsidR="00820402" w:rsidRPr="00820402" w14:paraId="576D0E82" w14:textId="77777777" w:rsidTr="00E77293">
        <w:trPr>
          <w:jc w:val="center"/>
        </w:trPr>
        <w:tc>
          <w:tcPr>
            <w:tcW w:w="3135" w:type="dxa"/>
            <w:vAlign w:val="center"/>
          </w:tcPr>
          <w:p w14:paraId="7DADE36F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Vida útil esperada</w:t>
            </w:r>
          </w:p>
        </w:tc>
        <w:tc>
          <w:tcPr>
            <w:tcW w:w="3135" w:type="dxa"/>
            <w:vAlign w:val="center"/>
          </w:tcPr>
          <w:p w14:paraId="12FB1868" w14:textId="77777777" w:rsidR="00820402" w:rsidRPr="00820402" w:rsidRDefault="00820402" w:rsidP="00820402">
            <w:pPr>
              <w:rPr>
                <w:lang w:val="es-ES"/>
              </w:rPr>
            </w:pPr>
          </w:p>
        </w:tc>
        <w:tc>
          <w:tcPr>
            <w:tcW w:w="3135" w:type="dxa"/>
            <w:vAlign w:val="center"/>
          </w:tcPr>
          <w:p w14:paraId="45E403A8" w14:textId="77777777" w:rsidR="00820402" w:rsidRPr="00820402" w:rsidRDefault="00820402" w:rsidP="00820402">
            <w:pPr>
              <w:rPr>
                <w:lang w:val="es-ES"/>
              </w:rPr>
            </w:pPr>
          </w:p>
        </w:tc>
      </w:tr>
      <w:tr w:rsidR="00820402" w:rsidRPr="00820402" w14:paraId="2C01F41D" w14:textId="77777777" w:rsidTr="00E77293">
        <w:trPr>
          <w:jc w:val="center"/>
        </w:trPr>
        <w:tc>
          <w:tcPr>
            <w:tcW w:w="3135" w:type="dxa"/>
            <w:vAlign w:val="center"/>
          </w:tcPr>
          <w:p w14:paraId="0DD28033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Plazo estimado</w:t>
            </w:r>
          </w:p>
        </w:tc>
        <w:tc>
          <w:tcPr>
            <w:tcW w:w="3135" w:type="dxa"/>
            <w:vAlign w:val="center"/>
          </w:tcPr>
          <w:p w14:paraId="5F8CD860" w14:textId="77777777" w:rsidR="00820402" w:rsidRPr="00820402" w:rsidRDefault="00820402" w:rsidP="00820402">
            <w:pPr>
              <w:rPr>
                <w:lang w:val="es-ES"/>
              </w:rPr>
            </w:pPr>
          </w:p>
        </w:tc>
        <w:tc>
          <w:tcPr>
            <w:tcW w:w="3135" w:type="dxa"/>
            <w:vAlign w:val="center"/>
          </w:tcPr>
          <w:p w14:paraId="3955CF64" w14:textId="77777777" w:rsidR="00820402" w:rsidRPr="00820402" w:rsidRDefault="00820402" w:rsidP="00820402">
            <w:pPr>
              <w:rPr>
                <w:lang w:val="es-ES"/>
              </w:rPr>
            </w:pPr>
          </w:p>
        </w:tc>
      </w:tr>
      <w:tr w:rsidR="00820402" w:rsidRPr="00820402" w14:paraId="5C01B11D" w14:textId="77777777" w:rsidTr="00E77293">
        <w:trPr>
          <w:jc w:val="center"/>
        </w:trPr>
        <w:tc>
          <w:tcPr>
            <w:tcW w:w="3135" w:type="dxa"/>
            <w:vAlign w:val="center"/>
          </w:tcPr>
          <w:p w14:paraId="61FECCA2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Viabilidad técnica</w:t>
            </w:r>
          </w:p>
        </w:tc>
        <w:tc>
          <w:tcPr>
            <w:tcW w:w="3135" w:type="dxa"/>
            <w:vAlign w:val="center"/>
          </w:tcPr>
          <w:p w14:paraId="06FD435D" w14:textId="77777777" w:rsidR="00820402" w:rsidRPr="00820402" w:rsidRDefault="00820402" w:rsidP="00820402">
            <w:pPr>
              <w:rPr>
                <w:lang w:val="es-ES"/>
              </w:rPr>
            </w:pPr>
          </w:p>
        </w:tc>
        <w:tc>
          <w:tcPr>
            <w:tcW w:w="3135" w:type="dxa"/>
            <w:vAlign w:val="center"/>
          </w:tcPr>
          <w:p w14:paraId="3D0DF877" w14:textId="77777777" w:rsidR="00820402" w:rsidRPr="00820402" w:rsidRDefault="00820402" w:rsidP="00820402">
            <w:pPr>
              <w:rPr>
                <w:lang w:val="es-ES"/>
              </w:rPr>
            </w:pPr>
          </w:p>
        </w:tc>
      </w:tr>
      <w:tr w:rsidR="00820402" w:rsidRPr="00820402" w14:paraId="7A099346" w14:textId="77777777" w:rsidTr="00E77293">
        <w:trPr>
          <w:jc w:val="center"/>
        </w:trPr>
        <w:tc>
          <w:tcPr>
            <w:tcW w:w="3135" w:type="dxa"/>
            <w:vAlign w:val="center"/>
          </w:tcPr>
          <w:p w14:paraId="47F4951A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Riesgo de nuevas fallas</w:t>
            </w:r>
          </w:p>
        </w:tc>
        <w:tc>
          <w:tcPr>
            <w:tcW w:w="3135" w:type="dxa"/>
            <w:vAlign w:val="center"/>
          </w:tcPr>
          <w:p w14:paraId="0D08F20C" w14:textId="77777777" w:rsidR="00820402" w:rsidRPr="00820402" w:rsidRDefault="00820402" w:rsidP="00820402">
            <w:pPr>
              <w:rPr>
                <w:lang w:val="es-ES"/>
              </w:rPr>
            </w:pPr>
          </w:p>
        </w:tc>
        <w:tc>
          <w:tcPr>
            <w:tcW w:w="3135" w:type="dxa"/>
            <w:vAlign w:val="center"/>
          </w:tcPr>
          <w:p w14:paraId="2B3A638B" w14:textId="77777777" w:rsidR="00820402" w:rsidRPr="00820402" w:rsidRDefault="00820402" w:rsidP="00820402">
            <w:pPr>
              <w:rPr>
                <w:lang w:val="es-ES"/>
              </w:rPr>
            </w:pPr>
          </w:p>
        </w:tc>
      </w:tr>
    </w:tbl>
    <w:p w14:paraId="5FB1CB06" w14:textId="5C63E515" w:rsidR="00820402" w:rsidRPr="00820402" w:rsidRDefault="00820402" w:rsidP="00820402">
      <w:pPr>
        <w:rPr>
          <w:b/>
          <w:lang w:val="es-ES"/>
        </w:rPr>
      </w:pPr>
      <w:r w:rsidRPr="00820402">
        <w:rPr>
          <w:lang w:val="es-ES"/>
        </w:rPr>
        <w:t>G. Uso científico-tecnológico previsto</w:t>
      </w:r>
    </w:p>
    <w:p w14:paraId="562E7B87" w14:textId="7F582BD2" w:rsidR="00820402" w:rsidRPr="00820402" w:rsidRDefault="00820402" w:rsidP="00820402">
      <w:pPr>
        <w:rPr>
          <w:rFonts w:ascii="Segoe UI Symbol" w:hAnsi="Segoe UI Symbol" w:cs="Segoe UI Symbol"/>
          <w:lang w:val="es-ES"/>
        </w:rPr>
      </w:pPr>
      <w:r w:rsidRPr="00820402">
        <w:rPr>
          <w:rFonts w:ascii="Segoe UI Symbol" w:hAnsi="Segoe UI Symbol" w:cs="Segoe UI Symbol"/>
          <w:lang w:val="es-ES"/>
        </w:rPr>
        <w:t>☐</w:t>
      </w:r>
      <w:r w:rsidRPr="00820402">
        <w:rPr>
          <w:lang w:val="es-ES"/>
        </w:rPr>
        <w:t xml:space="preserve"> Investigación   </w:t>
      </w:r>
      <w:r w:rsidRPr="00820402">
        <w:rPr>
          <w:rFonts w:ascii="Segoe UI Symbol" w:hAnsi="Segoe UI Symbol" w:cs="Segoe UI Symbol"/>
          <w:lang w:val="es-ES"/>
        </w:rPr>
        <w:t>☐</w:t>
      </w:r>
      <w:r w:rsidRPr="00820402">
        <w:rPr>
          <w:lang w:val="es-ES"/>
        </w:rPr>
        <w:t xml:space="preserve"> Desarrollo tecnológico   </w:t>
      </w:r>
      <w:r w:rsidRPr="00820402">
        <w:rPr>
          <w:rFonts w:ascii="Segoe UI Symbol" w:hAnsi="Segoe UI Symbol" w:cs="Segoe UI Symbol"/>
          <w:lang w:val="es-ES"/>
        </w:rPr>
        <w:t>☐</w:t>
      </w:r>
      <w:r w:rsidRPr="00820402">
        <w:rPr>
          <w:lang w:val="es-ES"/>
        </w:rPr>
        <w:t xml:space="preserve"> Servicios científico-tecnológicos</w:t>
      </w:r>
      <w:r w:rsidRPr="00820402">
        <w:rPr>
          <w:lang w:val="es-ES"/>
        </w:rPr>
        <w:br/>
      </w:r>
      <w:r w:rsidRPr="00820402">
        <w:rPr>
          <w:rFonts w:ascii="Segoe UI Symbol" w:hAnsi="Segoe UI Symbol" w:cs="Segoe UI Symbol"/>
          <w:lang w:val="es-ES"/>
        </w:rPr>
        <w:t>☐</w:t>
      </w:r>
      <w:r w:rsidRPr="00820402">
        <w:rPr>
          <w:lang w:val="es-ES"/>
        </w:rPr>
        <w:t xml:space="preserve"> Innovación   </w:t>
      </w:r>
      <w:r w:rsidRPr="00820402">
        <w:rPr>
          <w:rFonts w:ascii="Segoe UI Symbol" w:hAnsi="Segoe UI Symbol" w:cs="Segoe UI Symbol"/>
          <w:lang w:val="es-ES"/>
        </w:rPr>
        <w:t>☐</w:t>
      </w:r>
      <w:r w:rsidRPr="00820402">
        <w:rPr>
          <w:lang w:val="es-ES"/>
        </w:rPr>
        <w:t xml:space="preserve"> Transferencia tecnológica   </w:t>
      </w:r>
      <w:r w:rsidRPr="00820402">
        <w:rPr>
          <w:rFonts w:ascii="Segoe UI Symbol" w:hAnsi="Segoe UI Symbol" w:cs="Segoe UI Symbol"/>
          <w:lang w:val="es-ES"/>
        </w:rPr>
        <w:t>☐</w:t>
      </w:r>
      <w:r w:rsidRPr="00820402">
        <w:rPr>
          <w:lang w:val="es-ES"/>
        </w:rPr>
        <w:t xml:space="preserve"> Otro: __________________</w:t>
      </w:r>
    </w:p>
    <w:p w14:paraId="20F115D5" w14:textId="74960548" w:rsidR="00820402" w:rsidRPr="00820402" w:rsidRDefault="00820402" w:rsidP="00820402">
      <w:pPr>
        <w:rPr>
          <w:lang w:val="es-ES"/>
        </w:rPr>
      </w:pPr>
      <w:r w:rsidRPr="00820402">
        <w:rPr>
          <w:lang w:val="es-ES"/>
        </w:rPr>
        <w:t>Proyectos, publicaciones, servicios, tesis, usuarios o demanda estimada:</w:t>
      </w:r>
      <w:r w:rsidRPr="00820402">
        <w:rPr>
          <w:lang w:val="es-ES"/>
        </w:rPr>
        <w:br/>
      </w:r>
      <w:r w:rsidRPr="00820402">
        <w:rPr>
          <w:lang w:val="es-ES"/>
        </w:rPr>
        <w:br/>
        <w:t>________________________________________________________________________________</w:t>
      </w:r>
      <w:r w:rsidRPr="00820402">
        <w:rPr>
          <w:lang w:val="es-ES"/>
        </w:rPr>
        <w:br/>
      </w:r>
      <w:r w:rsidRPr="00820402">
        <w:rPr>
          <w:lang w:val="es-ES"/>
        </w:rPr>
        <w:br/>
        <w:t>________________________________________________________________________________</w:t>
      </w:r>
    </w:p>
    <w:p w14:paraId="23E5A994" w14:textId="3A558DDF" w:rsidR="00820402" w:rsidRPr="00820402" w:rsidRDefault="00820402" w:rsidP="00820402">
      <w:pPr>
        <w:pStyle w:val="Ttulo2"/>
        <w:rPr>
          <w:lang w:val="es-ES"/>
        </w:rPr>
      </w:pPr>
      <w:r w:rsidRPr="00820402">
        <w:rPr>
          <w:lang w:val="es-ES"/>
        </w:rPr>
        <w:t>H. Criterios del Decreto N.°17/SG/2026</w:t>
      </w:r>
    </w:p>
    <w:p w14:paraId="7BBC81F9" w14:textId="7F308172" w:rsidR="00820402" w:rsidRPr="00820402" w:rsidRDefault="00820402" w:rsidP="00820402">
      <w:pPr>
        <w:rPr>
          <w:lang w:val="es-ES"/>
        </w:rPr>
      </w:pPr>
      <w:r w:rsidRPr="00820402">
        <w:rPr>
          <w:lang w:val="es-ES"/>
        </w:rPr>
        <w:t>1. Ciencia Abierta y acceso institucional</w:t>
      </w:r>
      <w:r w:rsidRPr="00820402">
        <w:rPr>
          <w:lang w:val="es-ES"/>
        </w:rPr>
        <w:br/>
      </w:r>
      <w:r w:rsidRPr="00820402">
        <w:rPr>
          <w:rFonts w:ascii="Segoe UI Symbol" w:hAnsi="Segoe UI Symbol" w:cs="Segoe UI Symbol"/>
          <w:lang w:val="es-ES"/>
        </w:rPr>
        <w:t>☐</w:t>
      </w:r>
      <w:r w:rsidRPr="00820402">
        <w:rPr>
          <w:lang w:val="es-ES"/>
        </w:rPr>
        <w:t xml:space="preserve"> Uso compartido institucional. </w:t>
      </w:r>
      <w:r w:rsidRPr="00820402">
        <w:rPr>
          <w:rFonts w:ascii="Segoe UI Symbol" w:hAnsi="Segoe UI Symbol" w:cs="Segoe UI Symbol"/>
          <w:lang w:val="es-ES"/>
        </w:rPr>
        <w:t>☐</w:t>
      </w:r>
      <w:r w:rsidRPr="00820402">
        <w:rPr>
          <w:lang w:val="es-ES"/>
        </w:rPr>
        <w:t xml:space="preserve"> Acceso de investigadores/unidades. </w:t>
      </w:r>
      <w:r w:rsidRPr="00820402">
        <w:rPr>
          <w:rFonts w:ascii="Segoe UI Symbol" w:hAnsi="Segoe UI Symbol" w:cs="Segoe UI Symbol"/>
          <w:lang w:val="es-ES"/>
        </w:rPr>
        <w:t>☐</w:t>
      </w:r>
      <w:r w:rsidRPr="00820402">
        <w:rPr>
          <w:lang w:val="es-ES"/>
        </w:rPr>
        <w:t xml:space="preserve"> Disponibilidad institucional.</w:t>
      </w:r>
      <w:r w:rsidRPr="00820402">
        <w:rPr>
          <w:lang w:val="es-ES"/>
        </w:rPr>
        <w:br/>
        <w:t>Evidencia: _____________________________________________________________________</w:t>
      </w:r>
    </w:p>
    <w:p w14:paraId="032179E0" w14:textId="02E2DFAA" w:rsidR="00820402" w:rsidRPr="00820402" w:rsidRDefault="00820402" w:rsidP="00820402">
      <w:pPr>
        <w:rPr>
          <w:lang w:val="es-ES"/>
        </w:rPr>
      </w:pPr>
      <w:r w:rsidRPr="00820402">
        <w:rPr>
          <w:lang w:val="es-ES"/>
        </w:rPr>
        <w:lastRenderedPageBreak/>
        <w:t>2. Infraestructura científica prioritaria</w:t>
      </w:r>
      <w:r w:rsidRPr="00820402">
        <w:rPr>
          <w:lang w:val="es-ES"/>
        </w:rPr>
        <w:br/>
      </w:r>
      <w:r w:rsidRPr="00820402">
        <w:rPr>
          <w:rFonts w:ascii="Segoe UI Symbol" w:hAnsi="Segoe UI Symbol" w:cs="Segoe UI Symbol"/>
          <w:lang w:val="es-ES"/>
        </w:rPr>
        <w:t>☐</w:t>
      </w:r>
      <w:r w:rsidRPr="00820402">
        <w:rPr>
          <w:lang w:val="es-ES"/>
        </w:rPr>
        <w:t xml:space="preserve"> Vinculación con infraestructura prioritaria. </w:t>
      </w:r>
      <w:r w:rsidRPr="00820402">
        <w:rPr>
          <w:rFonts w:ascii="Segoe UI Symbol" w:hAnsi="Segoe UI Symbol" w:cs="Segoe UI Symbol"/>
          <w:lang w:val="es-ES"/>
        </w:rPr>
        <w:t>☐</w:t>
      </w:r>
      <w:r w:rsidRPr="00820402">
        <w:rPr>
          <w:lang w:val="es-ES"/>
        </w:rPr>
        <w:t xml:space="preserve"> Relevancia estratégica institucional.</w:t>
      </w:r>
      <w:r w:rsidRPr="00820402">
        <w:rPr>
          <w:lang w:val="es-ES"/>
        </w:rPr>
        <w:br/>
        <w:t>Evidencia: _____________________________________________________________________</w:t>
      </w:r>
    </w:p>
    <w:p w14:paraId="4C2CCC4F" w14:textId="54AB29CA" w:rsidR="00820402" w:rsidRPr="00820402" w:rsidRDefault="00820402" w:rsidP="00820402">
      <w:pPr>
        <w:rPr>
          <w:lang w:val="es-ES"/>
        </w:rPr>
      </w:pPr>
      <w:r w:rsidRPr="00820402">
        <w:rPr>
          <w:lang w:val="es-ES"/>
        </w:rPr>
        <w:t>3. Proyecto externo vigente</w:t>
      </w:r>
      <w:r w:rsidRPr="00820402">
        <w:rPr>
          <w:lang w:val="es-ES"/>
        </w:rPr>
        <w:br/>
      </w:r>
      <w:r w:rsidRPr="00820402">
        <w:rPr>
          <w:rFonts w:ascii="Segoe UI Symbol" w:hAnsi="Segoe UI Symbol" w:cs="Segoe UI Symbol"/>
          <w:lang w:val="es-ES"/>
        </w:rPr>
        <w:t>☐</w:t>
      </w:r>
      <w:r w:rsidRPr="00820402">
        <w:rPr>
          <w:lang w:val="es-ES"/>
        </w:rPr>
        <w:t xml:space="preserve"> El equipo es requerido para un proyecto externo vigente.</w:t>
      </w:r>
      <w:r w:rsidRPr="00820402">
        <w:rPr>
          <w:lang w:val="es-ES"/>
        </w:rPr>
        <w:br/>
        <w:t>Proyecto/código: __________________________ Evidencia: ____________________________</w:t>
      </w:r>
    </w:p>
    <w:p w14:paraId="32D39DE0" w14:textId="456F0A98" w:rsidR="00820402" w:rsidRPr="00820402" w:rsidRDefault="00820402" w:rsidP="00820402">
      <w:pPr>
        <w:rPr>
          <w:lang w:val="es-ES"/>
        </w:rPr>
      </w:pPr>
      <w:r w:rsidRPr="00820402">
        <w:rPr>
          <w:lang w:val="es-ES"/>
        </w:rPr>
        <w:t>4. Servicios, innovación y transferencia</w:t>
      </w:r>
      <w:r w:rsidRPr="00820402">
        <w:rPr>
          <w:lang w:val="es-ES"/>
        </w:rPr>
        <w:br/>
      </w:r>
      <w:r w:rsidRPr="00820402">
        <w:rPr>
          <w:rFonts w:ascii="Segoe UI Symbol" w:hAnsi="Segoe UI Symbol" w:cs="Segoe UI Symbol"/>
          <w:lang w:val="es-ES"/>
        </w:rPr>
        <w:t>☐</w:t>
      </w:r>
      <w:r w:rsidRPr="00820402">
        <w:rPr>
          <w:lang w:val="es-ES"/>
        </w:rPr>
        <w:t xml:space="preserve"> Servicios. </w:t>
      </w:r>
      <w:r w:rsidRPr="00820402">
        <w:rPr>
          <w:rFonts w:ascii="Segoe UI Symbol" w:hAnsi="Segoe UI Symbol" w:cs="Segoe UI Symbol"/>
          <w:lang w:val="es-ES"/>
        </w:rPr>
        <w:t>☐</w:t>
      </w:r>
      <w:r w:rsidRPr="00820402">
        <w:rPr>
          <w:lang w:val="es-ES"/>
        </w:rPr>
        <w:t xml:space="preserve"> Innovación. </w:t>
      </w:r>
      <w:r w:rsidRPr="00820402">
        <w:rPr>
          <w:rFonts w:ascii="Segoe UI Symbol" w:hAnsi="Segoe UI Symbol" w:cs="Segoe UI Symbol"/>
          <w:lang w:val="es-ES"/>
        </w:rPr>
        <w:t>☐</w:t>
      </w:r>
      <w:r w:rsidRPr="00820402">
        <w:rPr>
          <w:lang w:val="es-ES"/>
        </w:rPr>
        <w:t xml:space="preserve"> Transferencia tecnológica.</w:t>
      </w:r>
      <w:r w:rsidRPr="00820402">
        <w:rPr>
          <w:lang w:val="es-ES"/>
        </w:rPr>
        <w:br/>
        <w:t>Proyecto/servicio/convenio: __________________ Evidencia: __________________________</w:t>
      </w:r>
    </w:p>
    <w:p w14:paraId="2334070E" w14:textId="4FF63C63" w:rsidR="00820402" w:rsidRPr="00820402" w:rsidRDefault="00820402" w:rsidP="00820402">
      <w:pPr>
        <w:pStyle w:val="Ttulo2"/>
        <w:rPr>
          <w:lang w:val="es-ES"/>
        </w:rPr>
      </w:pPr>
      <w:r w:rsidRPr="00820402">
        <w:rPr>
          <w:lang w:val="es-ES"/>
        </w:rPr>
        <w:t>I. Plan de operación y sostenibilidad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703"/>
        <w:gridCol w:w="4703"/>
      </w:tblGrid>
      <w:tr w:rsidR="00820402" w:rsidRPr="00820402" w14:paraId="1E3560D9" w14:textId="77777777" w:rsidTr="00E77293">
        <w:trPr>
          <w:jc w:val="center"/>
        </w:trPr>
        <w:tc>
          <w:tcPr>
            <w:tcW w:w="4703" w:type="dxa"/>
            <w:shd w:val="clear" w:color="auto" w:fill="D9EAF7"/>
            <w:vAlign w:val="center"/>
          </w:tcPr>
          <w:p w14:paraId="347793A2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b/>
                <w:lang w:val="es-ES"/>
              </w:rPr>
              <w:t>Aspecto</w:t>
            </w:r>
          </w:p>
        </w:tc>
        <w:tc>
          <w:tcPr>
            <w:tcW w:w="4703" w:type="dxa"/>
            <w:shd w:val="clear" w:color="auto" w:fill="D9EAF7"/>
            <w:vAlign w:val="center"/>
          </w:tcPr>
          <w:p w14:paraId="6A677661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b/>
                <w:lang w:val="es-ES"/>
              </w:rPr>
              <w:t>Información</w:t>
            </w:r>
          </w:p>
        </w:tc>
      </w:tr>
      <w:tr w:rsidR="00820402" w:rsidRPr="00820402" w14:paraId="11EFF6F8" w14:textId="77777777" w:rsidTr="00E77293">
        <w:trPr>
          <w:jc w:val="center"/>
        </w:trPr>
        <w:tc>
          <w:tcPr>
            <w:tcW w:w="4703" w:type="dxa"/>
            <w:vAlign w:val="center"/>
          </w:tcPr>
          <w:p w14:paraId="00D1371C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Responsable del equipo</w:t>
            </w:r>
          </w:p>
        </w:tc>
        <w:tc>
          <w:tcPr>
            <w:tcW w:w="4703" w:type="dxa"/>
            <w:vAlign w:val="center"/>
          </w:tcPr>
          <w:p w14:paraId="753BCB37" w14:textId="77777777" w:rsidR="00820402" w:rsidRPr="00820402" w:rsidRDefault="00820402" w:rsidP="00820402">
            <w:pPr>
              <w:rPr>
                <w:lang w:val="es-ES"/>
              </w:rPr>
            </w:pPr>
          </w:p>
        </w:tc>
      </w:tr>
      <w:tr w:rsidR="00820402" w:rsidRPr="00820402" w14:paraId="540497DA" w14:textId="77777777" w:rsidTr="00E77293">
        <w:trPr>
          <w:jc w:val="center"/>
        </w:trPr>
        <w:tc>
          <w:tcPr>
            <w:tcW w:w="4703" w:type="dxa"/>
            <w:vAlign w:val="center"/>
          </w:tcPr>
          <w:p w14:paraId="3DE23C05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Criterios de acceso institucional</w:t>
            </w:r>
          </w:p>
        </w:tc>
        <w:tc>
          <w:tcPr>
            <w:tcW w:w="4703" w:type="dxa"/>
            <w:vAlign w:val="center"/>
          </w:tcPr>
          <w:p w14:paraId="2B2560F0" w14:textId="77777777" w:rsidR="00820402" w:rsidRPr="00820402" w:rsidRDefault="00820402" w:rsidP="00820402">
            <w:pPr>
              <w:rPr>
                <w:lang w:val="es-ES"/>
              </w:rPr>
            </w:pPr>
          </w:p>
        </w:tc>
      </w:tr>
      <w:tr w:rsidR="00820402" w:rsidRPr="00820402" w14:paraId="0D2DE49C" w14:textId="77777777" w:rsidTr="00E77293">
        <w:trPr>
          <w:jc w:val="center"/>
        </w:trPr>
        <w:tc>
          <w:tcPr>
            <w:tcW w:w="4703" w:type="dxa"/>
            <w:vAlign w:val="center"/>
          </w:tcPr>
          <w:p w14:paraId="4F4256AB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Frecuencia/forma de uso</w:t>
            </w:r>
          </w:p>
        </w:tc>
        <w:tc>
          <w:tcPr>
            <w:tcW w:w="4703" w:type="dxa"/>
            <w:vAlign w:val="center"/>
          </w:tcPr>
          <w:p w14:paraId="3F03BB1C" w14:textId="77777777" w:rsidR="00820402" w:rsidRPr="00820402" w:rsidRDefault="00820402" w:rsidP="00820402">
            <w:pPr>
              <w:rPr>
                <w:lang w:val="es-ES"/>
              </w:rPr>
            </w:pPr>
          </w:p>
        </w:tc>
      </w:tr>
      <w:tr w:rsidR="00820402" w:rsidRPr="00820402" w14:paraId="3184CE08" w14:textId="77777777" w:rsidTr="00E77293">
        <w:trPr>
          <w:jc w:val="center"/>
        </w:trPr>
        <w:tc>
          <w:tcPr>
            <w:tcW w:w="4703" w:type="dxa"/>
            <w:vAlign w:val="center"/>
          </w:tcPr>
          <w:p w14:paraId="34A7FA6E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Mantención requerida</w:t>
            </w:r>
          </w:p>
        </w:tc>
        <w:tc>
          <w:tcPr>
            <w:tcW w:w="4703" w:type="dxa"/>
            <w:vAlign w:val="center"/>
          </w:tcPr>
          <w:p w14:paraId="2B3F2BEC" w14:textId="77777777" w:rsidR="00820402" w:rsidRPr="00820402" w:rsidRDefault="00820402" w:rsidP="00820402">
            <w:pPr>
              <w:rPr>
                <w:lang w:val="es-ES"/>
              </w:rPr>
            </w:pPr>
          </w:p>
        </w:tc>
      </w:tr>
      <w:tr w:rsidR="00820402" w:rsidRPr="00820402" w14:paraId="5C958D5B" w14:textId="77777777" w:rsidTr="00E77293">
        <w:trPr>
          <w:jc w:val="center"/>
        </w:trPr>
        <w:tc>
          <w:tcPr>
            <w:tcW w:w="4703" w:type="dxa"/>
            <w:vAlign w:val="center"/>
          </w:tcPr>
          <w:p w14:paraId="4EE0E5D1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Calibración</w:t>
            </w:r>
          </w:p>
        </w:tc>
        <w:tc>
          <w:tcPr>
            <w:tcW w:w="4703" w:type="dxa"/>
            <w:vAlign w:val="center"/>
          </w:tcPr>
          <w:p w14:paraId="24DD65C2" w14:textId="77777777" w:rsidR="00820402" w:rsidRPr="00820402" w:rsidRDefault="00820402" w:rsidP="00820402">
            <w:pPr>
              <w:rPr>
                <w:lang w:val="es-ES"/>
              </w:rPr>
            </w:pPr>
          </w:p>
        </w:tc>
      </w:tr>
      <w:tr w:rsidR="00820402" w:rsidRPr="00820402" w14:paraId="3F44DAFE" w14:textId="77777777" w:rsidTr="00E77293">
        <w:trPr>
          <w:jc w:val="center"/>
        </w:trPr>
        <w:tc>
          <w:tcPr>
            <w:tcW w:w="4703" w:type="dxa"/>
            <w:vAlign w:val="center"/>
          </w:tcPr>
          <w:p w14:paraId="705CB9A4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Costos recurrentes estimados</w:t>
            </w:r>
          </w:p>
        </w:tc>
        <w:tc>
          <w:tcPr>
            <w:tcW w:w="4703" w:type="dxa"/>
            <w:vAlign w:val="center"/>
          </w:tcPr>
          <w:p w14:paraId="304AC3C3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$</w:t>
            </w:r>
          </w:p>
        </w:tc>
      </w:tr>
      <w:tr w:rsidR="00820402" w:rsidRPr="00820402" w14:paraId="25125442" w14:textId="77777777" w:rsidTr="00E77293">
        <w:trPr>
          <w:jc w:val="center"/>
        </w:trPr>
        <w:tc>
          <w:tcPr>
            <w:tcW w:w="4703" w:type="dxa"/>
            <w:vAlign w:val="center"/>
          </w:tcPr>
          <w:p w14:paraId="4F92233B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Fuente para costos futuros</w:t>
            </w:r>
          </w:p>
        </w:tc>
        <w:tc>
          <w:tcPr>
            <w:tcW w:w="4703" w:type="dxa"/>
            <w:vAlign w:val="center"/>
          </w:tcPr>
          <w:p w14:paraId="345E69EC" w14:textId="77777777" w:rsidR="00820402" w:rsidRPr="00820402" w:rsidRDefault="00820402" w:rsidP="00820402">
            <w:pPr>
              <w:rPr>
                <w:lang w:val="es-ES"/>
              </w:rPr>
            </w:pPr>
          </w:p>
        </w:tc>
      </w:tr>
      <w:tr w:rsidR="00820402" w:rsidRPr="00820402" w14:paraId="2AEE1BF7" w14:textId="77777777" w:rsidTr="00E77293">
        <w:trPr>
          <w:jc w:val="center"/>
        </w:trPr>
        <w:tc>
          <w:tcPr>
            <w:tcW w:w="4703" w:type="dxa"/>
            <w:vAlign w:val="center"/>
          </w:tcPr>
          <w:p w14:paraId="4B37336E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Vida útil esperada</w:t>
            </w:r>
          </w:p>
        </w:tc>
        <w:tc>
          <w:tcPr>
            <w:tcW w:w="4703" w:type="dxa"/>
            <w:vAlign w:val="center"/>
          </w:tcPr>
          <w:p w14:paraId="1FBCD96E" w14:textId="77777777" w:rsidR="00820402" w:rsidRPr="00820402" w:rsidRDefault="00820402" w:rsidP="00820402">
            <w:pPr>
              <w:rPr>
                <w:lang w:val="es-ES"/>
              </w:rPr>
            </w:pPr>
          </w:p>
        </w:tc>
      </w:tr>
    </w:tbl>
    <w:p w14:paraId="68647A42" w14:textId="0BB3A5C1" w:rsidR="00820402" w:rsidRPr="00820402" w:rsidRDefault="00820402" w:rsidP="00820402">
      <w:pPr>
        <w:rPr>
          <w:b/>
          <w:lang w:val="es-ES"/>
        </w:rPr>
      </w:pPr>
      <w:r w:rsidRPr="00820402">
        <w:rPr>
          <w:lang w:val="es-ES"/>
        </w:rPr>
        <w:t>J. Cofinanciamiento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703"/>
        <w:gridCol w:w="4703"/>
      </w:tblGrid>
      <w:tr w:rsidR="00820402" w:rsidRPr="00820402" w14:paraId="57B72800" w14:textId="77777777" w:rsidTr="00E77293">
        <w:trPr>
          <w:jc w:val="center"/>
        </w:trPr>
        <w:tc>
          <w:tcPr>
            <w:tcW w:w="4703" w:type="dxa"/>
            <w:shd w:val="clear" w:color="auto" w:fill="D9EAF7"/>
            <w:vAlign w:val="center"/>
          </w:tcPr>
          <w:p w14:paraId="05EA9A7C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b/>
                <w:lang w:val="es-ES"/>
              </w:rPr>
              <w:t>Campo</w:t>
            </w:r>
          </w:p>
        </w:tc>
        <w:tc>
          <w:tcPr>
            <w:tcW w:w="4703" w:type="dxa"/>
            <w:shd w:val="clear" w:color="auto" w:fill="D9EAF7"/>
            <w:vAlign w:val="center"/>
          </w:tcPr>
          <w:p w14:paraId="14353176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b/>
                <w:lang w:val="es-ES"/>
              </w:rPr>
              <w:t>Información</w:t>
            </w:r>
          </w:p>
        </w:tc>
      </w:tr>
      <w:tr w:rsidR="00820402" w:rsidRPr="00820402" w14:paraId="0C0F3474" w14:textId="77777777" w:rsidTr="00E77293">
        <w:trPr>
          <w:jc w:val="center"/>
        </w:trPr>
        <w:tc>
          <w:tcPr>
            <w:tcW w:w="4703" w:type="dxa"/>
            <w:vAlign w:val="center"/>
          </w:tcPr>
          <w:p w14:paraId="28866151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¿Existe otra fuente?</w:t>
            </w:r>
          </w:p>
        </w:tc>
        <w:tc>
          <w:tcPr>
            <w:tcW w:w="4703" w:type="dxa"/>
            <w:vAlign w:val="center"/>
          </w:tcPr>
          <w:p w14:paraId="465027AF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rFonts w:ascii="Segoe UI Symbol" w:hAnsi="Segoe UI Symbol" w:cs="Segoe UI Symbol"/>
                <w:lang w:val="es-ES"/>
              </w:rPr>
              <w:t>☐</w:t>
            </w:r>
            <w:r w:rsidRPr="00820402">
              <w:rPr>
                <w:lang w:val="es-ES"/>
              </w:rPr>
              <w:t xml:space="preserve"> </w:t>
            </w:r>
            <w:proofErr w:type="gramStart"/>
            <w:r w:rsidRPr="00820402">
              <w:rPr>
                <w:lang w:val="es-ES"/>
              </w:rPr>
              <w:t xml:space="preserve">No  </w:t>
            </w:r>
            <w:r w:rsidRPr="00820402">
              <w:rPr>
                <w:rFonts w:ascii="Segoe UI Symbol" w:hAnsi="Segoe UI Symbol" w:cs="Segoe UI Symbol"/>
                <w:lang w:val="es-ES"/>
              </w:rPr>
              <w:t>☐</w:t>
            </w:r>
            <w:proofErr w:type="gramEnd"/>
            <w:r w:rsidRPr="00820402">
              <w:rPr>
                <w:lang w:val="es-ES"/>
              </w:rPr>
              <w:t xml:space="preserve"> Sí</w:t>
            </w:r>
          </w:p>
        </w:tc>
      </w:tr>
      <w:tr w:rsidR="00820402" w:rsidRPr="00820402" w14:paraId="2DF498B4" w14:textId="77777777" w:rsidTr="00E77293">
        <w:trPr>
          <w:jc w:val="center"/>
        </w:trPr>
        <w:tc>
          <w:tcPr>
            <w:tcW w:w="4703" w:type="dxa"/>
            <w:vAlign w:val="center"/>
          </w:tcPr>
          <w:p w14:paraId="3E5BEB61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Fuente</w:t>
            </w:r>
          </w:p>
        </w:tc>
        <w:tc>
          <w:tcPr>
            <w:tcW w:w="4703" w:type="dxa"/>
            <w:vAlign w:val="center"/>
          </w:tcPr>
          <w:p w14:paraId="6761CCA4" w14:textId="77777777" w:rsidR="00820402" w:rsidRPr="00820402" w:rsidRDefault="00820402" w:rsidP="00820402">
            <w:pPr>
              <w:rPr>
                <w:lang w:val="es-ES"/>
              </w:rPr>
            </w:pPr>
          </w:p>
        </w:tc>
      </w:tr>
      <w:tr w:rsidR="00820402" w:rsidRPr="00820402" w14:paraId="2F506C0E" w14:textId="77777777" w:rsidTr="00E77293">
        <w:trPr>
          <w:jc w:val="center"/>
        </w:trPr>
        <w:tc>
          <w:tcPr>
            <w:tcW w:w="4703" w:type="dxa"/>
            <w:vAlign w:val="center"/>
          </w:tcPr>
          <w:p w14:paraId="1B93052A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Monto comprometido</w:t>
            </w:r>
          </w:p>
        </w:tc>
        <w:tc>
          <w:tcPr>
            <w:tcW w:w="4703" w:type="dxa"/>
            <w:vAlign w:val="center"/>
          </w:tcPr>
          <w:p w14:paraId="7239D294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$</w:t>
            </w:r>
          </w:p>
        </w:tc>
      </w:tr>
      <w:tr w:rsidR="00820402" w:rsidRPr="00820402" w14:paraId="157B8335" w14:textId="77777777" w:rsidTr="00E77293">
        <w:trPr>
          <w:jc w:val="center"/>
        </w:trPr>
        <w:tc>
          <w:tcPr>
            <w:tcW w:w="4703" w:type="dxa"/>
            <w:vAlign w:val="center"/>
          </w:tcPr>
          <w:p w14:paraId="3B4E2B54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Monto solicitado al Fondo</w:t>
            </w:r>
          </w:p>
        </w:tc>
        <w:tc>
          <w:tcPr>
            <w:tcW w:w="4703" w:type="dxa"/>
            <w:vAlign w:val="center"/>
          </w:tcPr>
          <w:p w14:paraId="40E111FA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$</w:t>
            </w:r>
          </w:p>
        </w:tc>
      </w:tr>
      <w:tr w:rsidR="00820402" w:rsidRPr="00820402" w14:paraId="2E1CE6E8" w14:textId="77777777" w:rsidTr="00E77293">
        <w:trPr>
          <w:jc w:val="center"/>
        </w:trPr>
        <w:tc>
          <w:tcPr>
            <w:tcW w:w="4703" w:type="dxa"/>
            <w:vAlign w:val="center"/>
          </w:tcPr>
          <w:p w14:paraId="3E65447F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Brecha solicitada</w:t>
            </w:r>
          </w:p>
        </w:tc>
        <w:tc>
          <w:tcPr>
            <w:tcW w:w="4703" w:type="dxa"/>
            <w:vAlign w:val="center"/>
          </w:tcPr>
          <w:p w14:paraId="4E019779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$</w:t>
            </w:r>
          </w:p>
        </w:tc>
      </w:tr>
    </w:tbl>
    <w:p w14:paraId="7FC2BBF4" w14:textId="25D325FA" w:rsidR="00820402" w:rsidRPr="00820402" w:rsidRDefault="00820402" w:rsidP="00820402">
      <w:pPr>
        <w:rPr>
          <w:b/>
          <w:lang w:val="es-ES"/>
        </w:rPr>
      </w:pPr>
      <w:r w:rsidRPr="00820402">
        <w:rPr>
          <w:lang w:val="es-ES"/>
        </w:rPr>
        <w:t>K. Plazos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703"/>
        <w:gridCol w:w="4703"/>
      </w:tblGrid>
      <w:tr w:rsidR="00820402" w:rsidRPr="00820402" w14:paraId="50E09F94" w14:textId="77777777" w:rsidTr="00E77293">
        <w:trPr>
          <w:jc w:val="center"/>
        </w:trPr>
        <w:tc>
          <w:tcPr>
            <w:tcW w:w="4703" w:type="dxa"/>
            <w:shd w:val="clear" w:color="auto" w:fill="D9EAF7"/>
            <w:vAlign w:val="center"/>
          </w:tcPr>
          <w:p w14:paraId="3064BD8A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b/>
                <w:lang w:val="es-ES"/>
              </w:rPr>
              <w:t>Actividad</w:t>
            </w:r>
          </w:p>
        </w:tc>
        <w:tc>
          <w:tcPr>
            <w:tcW w:w="4703" w:type="dxa"/>
            <w:shd w:val="clear" w:color="auto" w:fill="D9EAF7"/>
            <w:vAlign w:val="center"/>
          </w:tcPr>
          <w:p w14:paraId="23C8292E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b/>
                <w:lang w:val="es-ES"/>
              </w:rPr>
              <w:t>Fecha/plazo estimado</w:t>
            </w:r>
          </w:p>
        </w:tc>
      </w:tr>
      <w:tr w:rsidR="00820402" w:rsidRPr="00820402" w14:paraId="24C0FA9C" w14:textId="77777777" w:rsidTr="00E77293">
        <w:trPr>
          <w:jc w:val="center"/>
        </w:trPr>
        <w:tc>
          <w:tcPr>
            <w:tcW w:w="4703" w:type="dxa"/>
            <w:vAlign w:val="center"/>
          </w:tcPr>
          <w:p w14:paraId="5456D0BF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Compra</w:t>
            </w:r>
          </w:p>
        </w:tc>
        <w:tc>
          <w:tcPr>
            <w:tcW w:w="4703" w:type="dxa"/>
            <w:vAlign w:val="center"/>
          </w:tcPr>
          <w:p w14:paraId="21932361" w14:textId="77777777" w:rsidR="00820402" w:rsidRPr="00820402" w:rsidRDefault="00820402" w:rsidP="00820402">
            <w:pPr>
              <w:rPr>
                <w:lang w:val="es-ES"/>
              </w:rPr>
            </w:pPr>
          </w:p>
        </w:tc>
      </w:tr>
      <w:tr w:rsidR="00820402" w:rsidRPr="00820402" w14:paraId="6F9AC8D4" w14:textId="77777777" w:rsidTr="00E77293">
        <w:trPr>
          <w:jc w:val="center"/>
        </w:trPr>
        <w:tc>
          <w:tcPr>
            <w:tcW w:w="4703" w:type="dxa"/>
            <w:vAlign w:val="center"/>
          </w:tcPr>
          <w:p w14:paraId="1A5AF942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Instalación</w:t>
            </w:r>
          </w:p>
        </w:tc>
        <w:tc>
          <w:tcPr>
            <w:tcW w:w="4703" w:type="dxa"/>
            <w:vAlign w:val="center"/>
          </w:tcPr>
          <w:p w14:paraId="2F191080" w14:textId="77777777" w:rsidR="00820402" w:rsidRPr="00820402" w:rsidRDefault="00820402" w:rsidP="00820402">
            <w:pPr>
              <w:rPr>
                <w:lang w:val="es-ES"/>
              </w:rPr>
            </w:pPr>
          </w:p>
        </w:tc>
      </w:tr>
      <w:tr w:rsidR="00820402" w:rsidRPr="00820402" w14:paraId="363A7333" w14:textId="77777777" w:rsidTr="00E77293">
        <w:trPr>
          <w:jc w:val="center"/>
        </w:trPr>
        <w:tc>
          <w:tcPr>
            <w:tcW w:w="4703" w:type="dxa"/>
            <w:vAlign w:val="center"/>
          </w:tcPr>
          <w:p w14:paraId="20174E0D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Puesta en marcha</w:t>
            </w:r>
          </w:p>
        </w:tc>
        <w:tc>
          <w:tcPr>
            <w:tcW w:w="4703" w:type="dxa"/>
            <w:vAlign w:val="center"/>
          </w:tcPr>
          <w:p w14:paraId="391A04E4" w14:textId="77777777" w:rsidR="00820402" w:rsidRPr="00820402" w:rsidRDefault="00820402" w:rsidP="00820402">
            <w:pPr>
              <w:rPr>
                <w:lang w:val="es-ES"/>
              </w:rPr>
            </w:pPr>
          </w:p>
        </w:tc>
      </w:tr>
      <w:tr w:rsidR="00820402" w:rsidRPr="00820402" w14:paraId="1BC55024" w14:textId="77777777" w:rsidTr="00E77293">
        <w:trPr>
          <w:jc w:val="center"/>
        </w:trPr>
        <w:tc>
          <w:tcPr>
            <w:tcW w:w="4703" w:type="dxa"/>
            <w:vAlign w:val="center"/>
          </w:tcPr>
          <w:p w14:paraId="7B62333B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Inicio de operación</w:t>
            </w:r>
          </w:p>
        </w:tc>
        <w:tc>
          <w:tcPr>
            <w:tcW w:w="4703" w:type="dxa"/>
            <w:vAlign w:val="center"/>
          </w:tcPr>
          <w:p w14:paraId="0154581F" w14:textId="77777777" w:rsidR="00820402" w:rsidRPr="00820402" w:rsidRDefault="00820402" w:rsidP="00820402">
            <w:pPr>
              <w:rPr>
                <w:lang w:val="es-ES"/>
              </w:rPr>
            </w:pPr>
          </w:p>
        </w:tc>
      </w:tr>
    </w:tbl>
    <w:p w14:paraId="6FB35C86" w14:textId="7BA0355D" w:rsidR="00820402" w:rsidRPr="00820402" w:rsidRDefault="00820402" w:rsidP="00820402">
      <w:pPr>
        <w:rPr>
          <w:b/>
          <w:lang w:val="es-ES"/>
        </w:rPr>
      </w:pPr>
      <w:r w:rsidRPr="00820402">
        <w:rPr>
          <w:lang w:val="es-ES"/>
        </w:rPr>
        <w:t>L. Declaración</w:t>
      </w:r>
    </w:p>
    <w:p w14:paraId="2160360F" w14:textId="4C2C36A5" w:rsidR="00820402" w:rsidRPr="00820402" w:rsidRDefault="00820402" w:rsidP="00820402">
      <w:pPr>
        <w:rPr>
          <w:lang w:val="es-ES"/>
        </w:rPr>
      </w:pPr>
      <w:r w:rsidRPr="00820402">
        <w:rPr>
          <w:lang w:val="es-ES"/>
        </w:rPr>
        <w:t>Declaro que la información proporcionada es veraz; que la adquisición solicitada no cuenta con financiamiento íntegro proveniente de otra fuente; que se han revisado alternativas razonables de reparación, acceso institucional y otras fuentes de financiamiento; y que, en caso de adjudicación, la unidad se compromete a operar, mantener, inventariar y facilitar el acceso institucional al equipo conforme a la normativa y condiciones aprobadas.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703"/>
        <w:gridCol w:w="4703"/>
      </w:tblGrid>
      <w:tr w:rsidR="00820402" w:rsidRPr="00820402" w14:paraId="17B54AE8" w14:textId="77777777" w:rsidTr="00E77293">
        <w:trPr>
          <w:jc w:val="center"/>
        </w:trPr>
        <w:tc>
          <w:tcPr>
            <w:tcW w:w="4703" w:type="dxa"/>
            <w:shd w:val="clear" w:color="auto" w:fill="D9EAF7"/>
            <w:vAlign w:val="center"/>
          </w:tcPr>
          <w:p w14:paraId="573931C8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b/>
                <w:lang w:val="es-ES"/>
              </w:rPr>
              <w:t>Responsable</w:t>
            </w:r>
          </w:p>
        </w:tc>
        <w:tc>
          <w:tcPr>
            <w:tcW w:w="4703" w:type="dxa"/>
            <w:shd w:val="clear" w:color="auto" w:fill="D9EAF7"/>
            <w:vAlign w:val="center"/>
          </w:tcPr>
          <w:p w14:paraId="48379754" w14:textId="77777777" w:rsidR="00820402" w:rsidRPr="00820402" w:rsidRDefault="00820402" w:rsidP="00820402">
            <w:pPr>
              <w:rPr>
                <w:lang w:val="es-ES"/>
              </w:rPr>
            </w:pPr>
            <w:proofErr w:type="spellStart"/>
            <w:r w:rsidRPr="00820402">
              <w:rPr>
                <w:b/>
                <w:lang w:val="es-ES"/>
              </w:rPr>
              <w:t>V.°B.°</w:t>
            </w:r>
            <w:proofErr w:type="spellEnd"/>
            <w:r w:rsidRPr="00820402">
              <w:rPr>
                <w:b/>
                <w:lang w:val="es-ES"/>
              </w:rPr>
              <w:t xml:space="preserve"> Jefatura/Directivo</w:t>
            </w:r>
          </w:p>
        </w:tc>
      </w:tr>
      <w:tr w:rsidR="00820402" w:rsidRPr="00A03172" w14:paraId="3BCDEB29" w14:textId="77777777" w:rsidTr="00E77293">
        <w:trPr>
          <w:jc w:val="center"/>
        </w:trPr>
        <w:tc>
          <w:tcPr>
            <w:tcW w:w="4703" w:type="dxa"/>
            <w:vAlign w:val="center"/>
          </w:tcPr>
          <w:p w14:paraId="21077482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Nombre: ______________________________</w:t>
            </w:r>
            <w:r w:rsidRPr="00820402">
              <w:rPr>
                <w:lang w:val="es-ES"/>
              </w:rPr>
              <w:br/>
              <w:t>Cargo: _______________________________</w:t>
            </w:r>
            <w:r w:rsidRPr="00820402">
              <w:rPr>
                <w:lang w:val="es-ES"/>
              </w:rPr>
              <w:br/>
            </w:r>
            <w:r w:rsidRPr="00820402">
              <w:rPr>
                <w:lang w:val="es-ES"/>
              </w:rPr>
              <w:lastRenderedPageBreak/>
              <w:t>Firma: _______________________________</w:t>
            </w:r>
            <w:r w:rsidRPr="00820402">
              <w:rPr>
                <w:lang w:val="es-ES"/>
              </w:rPr>
              <w:br/>
              <w:t>Fecha: ____ / ____ / ______</w:t>
            </w:r>
          </w:p>
        </w:tc>
        <w:tc>
          <w:tcPr>
            <w:tcW w:w="4703" w:type="dxa"/>
            <w:vAlign w:val="center"/>
          </w:tcPr>
          <w:p w14:paraId="360D6AFB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lastRenderedPageBreak/>
              <w:t>Nombre: ______________________________</w:t>
            </w:r>
            <w:r w:rsidRPr="00820402">
              <w:rPr>
                <w:lang w:val="es-ES"/>
              </w:rPr>
              <w:br/>
              <w:t>Cargo: _______________________________</w:t>
            </w:r>
            <w:r w:rsidRPr="00820402">
              <w:rPr>
                <w:lang w:val="es-ES"/>
              </w:rPr>
              <w:br/>
            </w:r>
            <w:r w:rsidRPr="00820402">
              <w:rPr>
                <w:lang w:val="es-ES"/>
              </w:rPr>
              <w:lastRenderedPageBreak/>
              <w:t>Firma/respaldo: ______________________</w:t>
            </w:r>
            <w:r w:rsidRPr="00820402">
              <w:rPr>
                <w:lang w:val="es-ES"/>
              </w:rPr>
              <w:br/>
              <w:t>Fecha: ____ / ____ / ______</w:t>
            </w:r>
          </w:p>
        </w:tc>
      </w:tr>
    </w:tbl>
    <w:p w14:paraId="2FD2B02C" w14:textId="77777777" w:rsidR="00820402" w:rsidRPr="00820402" w:rsidRDefault="00820402" w:rsidP="00820402">
      <w:pPr>
        <w:rPr>
          <w:b/>
          <w:lang w:val="es-ES"/>
        </w:rPr>
      </w:pPr>
    </w:p>
    <w:p w14:paraId="3CA6A118" w14:textId="77777777" w:rsidR="00820402" w:rsidRPr="00820402" w:rsidRDefault="00820402" w:rsidP="00820402">
      <w:pPr>
        <w:rPr>
          <w:lang w:val="es-ES"/>
        </w:rPr>
      </w:pPr>
    </w:p>
    <w:p w14:paraId="241ACE3A" w14:textId="77777777" w:rsidR="00820402" w:rsidRPr="00820402" w:rsidRDefault="00820402" w:rsidP="00820402">
      <w:pPr>
        <w:rPr>
          <w:lang w:val="es-ES"/>
        </w:rPr>
      </w:pPr>
    </w:p>
    <w:p w14:paraId="75CF4849" w14:textId="77777777" w:rsidR="00820402" w:rsidRPr="00820402" w:rsidRDefault="00820402" w:rsidP="00820402">
      <w:pPr>
        <w:rPr>
          <w:lang w:val="es-ES"/>
        </w:rPr>
      </w:pPr>
    </w:p>
    <w:p w14:paraId="3D93A349" w14:textId="77777777" w:rsidR="00820402" w:rsidRPr="00820402" w:rsidRDefault="00820402" w:rsidP="00820402">
      <w:pPr>
        <w:rPr>
          <w:lang w:val="es-ES"/>
        </w:rPr>
      </w:pPr>
    </w:p>
    <w:p w14:paraId="70225669" w14:textId="77777777" w:rsidR="00820402" w:rsidRPr="00820402" w:rsidRDefault="00820402" w:rsidP="00820402">
      <w:pPr>
        <w:rPr>
          <w:lang w:val="es-ES"/>
        </w:rPr>
      </w:pPr>
    </w:p>
    <w:p w14:paraId="4333C2E8" w14:textId="77777777" w:rsidR="008B0F81" w:rsidRDefault="008B0F81" w:rsidP="00820402">
      <w:pPr>
        <w:jc w:val="center"/>
        <w:rPr>
          <w:b/>
          <w:sz w:val="28"/>
          <w:lang w:val="es-ES"/>
        </w:rPr>
      </w:pPr>
    </w:p>
    <w:p w14:paraId="4586C53C" w14:textId="77777777" w:rsidR="008B0F81" w:rsidRDefault="008B0F81" w:rsidP="00820402">
      <w:pPr>
        <w:jc w:val="center"/>
        <w:rPr>
          <w:b/>
          <w:sz w:val="28"/>
          <w:lang w:val="es-ES"/>
        </w:rPr>
      </w:pPr>
    </w:p>
    <w:p w14:paraId="40DB6B6A" w14:textId="77777777" w:rsidR="008B0F81" w:rsidRDefault="008B0F81" w:rsidP="00820402">
      <w:pPr>
        <w:jc w:val="center"/>
        <w:rPr>
          <w:b/>
          <w:sz w:val="28"/>
          <w:lang w:val="es-ES"/>
        </w:rPr>
      </w:pPr>
    </w:p>
    <w:p w14:paraId="7645A7AF" w14:textId="77777777" w:rsidR="008B0F81" w:rsidRDefault="008B0F81" w:rsidP="00820402">
      <w:pPr>
        <w:jc w:val="center"/>
        <w:rPr>
          <w:b/>
          <w:sz w:val="28"/>
          <w:lang w:val="es-ES"/>
        </w:rPr>
      </w:pPr>
    </w:p>
    <w:p w14:paraId="2BF8622F" w14:textId="77777777" w:rsidR="008B0F81" w:rsidRDefault="008B0F81" w:rsidP="00820402">
      <w:pPr>
        <w:jc w:val="center"/>
        <w:rPr>
          <w:b/>
          <w:sz w:val="28"/>
          <w:lang w:val="es-ES"/>
        </w:rPr>
      </w:pPr>
    </w:p>
    <w:p w14:paraId="669B6B77" w14:textId="77777777" w:rsidR="008B0F81" w:rsidRDefault="008B0F81" w:rsidP="00820402">
      <w:pPr>
        <w:jc w:val="center"/>
        <w:rPr>
          <w:b/>
          <w:sz w:val="28"/>
          <w:lang w:val="es-ES"/>
        </w:rPr>
      </w:pPr>
    </w:p>
    <w:p w14:paraId="2B4E1F80" w14:textId="77777777" w:rsidR="008B0F81" w:rsidRDefault="008B0F81" w:rsidP="00820402">
      <w:pPr>
        <w:jc w:val="center"/>
        <w:rPr>
          <w:b/>
          <w:sz w:val="28"/>
          <w:lang w:val="es-ES"/>
        </w:rPr>
      </w:pPr>
    </w:p>
    <w:p w14:paraId="00A84E03" w14:textId="77777777" w:rsidR="008B0F81" w:rsidRDefault="008B0F81" w:rsidP="00820402">
      <w:pPr>
        <w:jc w:val="center"/>
        <w:rPr>
          <w:b/>
          <w:sz w:val="28"/>
          <w:lang w:val="es-ES"/>
        </w:rPr>
      </w:pPr>
    </w:p>
    <w:p w14:paraId="5A0F1AEF" w14:textId="77777777" w:rsidR="008B0F81" w:rsidRDefault="008B0F81" w:rsidP="00820402">
      <w:pPr>
        <w:jc w:val="center"/>
        <w:rPr>
          <w:b/>
          <w:sz w:val="28"/>
          <w:lang w:val="es-ES"/>
        </w:rPr>
      </w:pPr>
    </w:p>
    <w:p w14:paraId="799E7A96" w14:textId="77777777" w:rsidR="008B0F81" w:rsidRDefault="008B0F81" w:rsidP="00820402">
      <w:pPr>
        <w:jc w:val="center"/>
        <w:rPr>
          <w:b/>
          <w:sz w:val="28"/>
          <w:lang w:val="es-ES"/>
        </w:rPr>
      </w:pPr>
    </w:p>
    <w:p w14:paraId="3ED77823" w14:textId="77777777" w:rsidR="008B0F81" w:rsidRDefault="008B0F81" w:rsidP="00820402">
      <w:pPr>
        <w:jc w:val="center"/>
        <w:rPr>
          <w:b/>
          <w:sz w:val="28"/>
          <w:lang w:val="es-ES"/>
        </w:rPr>
      </w:pPr>
    </w:p>
    <w:p w14:paraId="13F89E87" w14:textId="77777777" w:rsidR="008B0F81" w:rsidRDefault="008B0F81" w:rsidP="00820402">
      <w:pPr>
        <w:jc w:val="center"/>
        <w:rPr>
          <w:b/>
          <w:sz w:val="28"/>
          <w:lang w:val="es-ES"/>
        </w:rPr>
      </w:pPr>
    </w:p>
    <w:p w14:paraId="76B27F12" w14:textId="77777777" w:rsidR="008B0F81" w:rsidRDefault="008B0F81" w:rsidP="00820402">
      <w:pPr>
        <w:jc w:val="center"/>
        <w:rPr>
          <w:b/>
          <w:sz w:val="28"/>
          <w:lang w:val="es-ES"/>
        </w:rPr>
      </w:pPr>
    </w:p>
    <w:p w14:paraId="7EA7B1F9" w14:textId="77777777" w:rsidR="008B0F81" w:rsidRDefault="008B0F81" w:rsidP="00820402">
      <w:pPr>
        <w:jc w:val="center"/>
        <w:rPr>
          <w:b/>
          <w:sz w:val="28"/>
          <w:lang w:val="es-ES"/>
        </w:rPr>
      </w:pPr>
    </w:p>
    <w:p w14:paraId="4484389E" w14:textId="77777777" w:rsidR="008B0F81" w:rsidRDefault="008B0F81" w:rsidP="00820402">
      <w:pPr>
        <w:jc w:val="center"/>
        <w:rPr>
          <w:b/>
          <w:sz w:val="28"/>
          <w:lang w:val="es-ES"/>
        </w:rPr>
      </w:pPr>
    </w:p>
    <w:p w14:paraId="16EB948D" w14:textId="77777777" w:rsidR="008B0F81" w:rsidRDefault="008B0F81" w:rsidP="00820402">
      <w:pPr>
        <w:jc w:val="center"/>
        <w:rPr>
          <w:b/>
          <w:sz w:val="28"/>
          <w:lang w:val="es-ES"/>
        </w:rPr>
      </w:pPr>
    </w:p>
    <w:p w14:paraId="448D3508" w14:textId="1F7CEF0D" w:rsidR="00820402" w:rsidRPr="00820402" w:rsidRDefault="00820402" w:rsidP="00820402">
      <w:pPr>
        <w:jc w:val="center"/>
        <w:rPr>
          <w:b/>
          <w:sz w:val="28"/>
          <w:lang w:val="es-ES"/>
        </w:rPr>
      </w:pPr>
      <w:r w:rsidRPr="00820402">
        <w:rPr>
          <w:b/>
          <w:sz w:val="28"/>
          <w:lang w:val="es-ES"/>
        </w:rPr>
        <w:lastRenderedPageBreak/>
        <w:t>ANEXO 2</w:t>
      </w:r>
      <w:r w:rsidRPr="00820402">
        <w:rPr>
          <w:b/>
          <w:sz w:val="28"/>
          <w:lang w:val="es-ES"/>
        </w:rPr>
        <w:br/>
        <w:t>PAUTA DE EVALUACIÓN</w:t>
      </w:r>
    </w:p>
    <w:p w14:paraId="25950CD5" w14:textId="13FDFAD1" w:rsidR="00820402" w:rsidRPr="00820402" w:rsidRDefault="00820402" w:rsidP="00820402">
      <w:pPr>
        <w:rPr>
          <w:b/>
          <w:lang w:val="es-ES"/>
        </w:rPr>
      </w:pPr>
      <w:r w:rsidRPr="00820402">
        <w:rPr>
          <w:b/>
          <w:lang w:val="es-ES"/>
        </w:rPr>
        <w:t>ETAPA 1 – VERIFICACIÓN DE ADMISIBILIDAD Y CARÁCTER EXCEPCIONAL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435"/>
        <w:gridCol w:w="2351"/>
        <w:gridCol w:w="2351"/>
        <w:gridCol w:w="2351"/>
      </w:tblGrid>
      <w:tr w:rsidR="00820402" w:rsidRPr="00820402" w14:paraId="0C5A7E21" w14:textId="77777777" w:rsidTr="00E77293">
        <w:trPr>
          <w:jc w:val="center"/>
        </w:trPr>
        <w:tc>
          <w:tcPr>
            <w:tcW w:w="2351" w:type="dxa"/>
            <w:shd w:val="clear" w:color="auto" w:fill="D9EAF7"/>
          </w:tcPr>
          <w:p w14:paraId="118BD335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b/>
                <w:lang w:val="es-ES"/>
              </w:rPr>
              <w:t>Verificación</w:t>
            </w:r>
          </w:p>
        </w:tc>
        <w:tc>
          <w:tcPr>
            <w:tcW w:w="2351" w:type="dxa"/>
            <w:shd w:val="clear" w:color="auto" w:fill="D9EAF7"/>
          </w:tcPr>
          <w:p w14:paraId="3C326355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b/>
                <w:lang w:val="es-ES"/>
              </w:rPr>
              <w:t>Sí</w:t>
            </w:r>
          </w:p>
        </w:tc>
        <w:tc>
          <w:tcPr>
            <w:tcW w:w="2351" w:type="dxa"/>
            <w:shd w:val="clear" w:color="auto" w:fill="D9EAF7"/>
          </w:tcPr>
          <w:p w14:paraId="74198DDD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b/>
                <w:lang w:val="es-ES"/>
              </w:rPr>
              <w:t>No</w:t>
            </w:r>
          </w:p>
        </w:tc>
        <w:tc>
          <w:tcPr>
            <w:tcW w:w="2351" w:type="dxa"/>
            <w:shd w:val="clear" w:color="auto" w:fill="D9EAF7"/>
          </w:tcPr>
          <w:p w14:paraId="13645D43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b/>
                <w:lang w:val="es-ES"/>
              </w:rPr>
              <w:t>Observaciones</w:t>
            </w:r>
          </w:p>
        </w:tc>
      </w:tr>
      <w:tr w:rsidR="00820402" w:rsidRPr="00820402" w14:paraId="2CE3EF59" w14:textId="77777777" w:rsidTr="00E77293">
        <w:trPr>
          <w:jc w:val="center"/>
        </w:trPr>
        <w:tc>
          <w:tcPr>
            <w:tcW w:w="2351" w:type="dxa"/>
          </w:tcPr>
          <w:p w14:paraId="06A5609A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Necesidad institucional acreditada</w:t>
            </w:r>
          </w:p>
        </w:tc>
        <w:tc>
          <w:tcPr>
            <w:tcW w:w="2351" w:type="dxa"/>
          </w:tcPr>
          <w:p w14:paraId="1177B8A8" w14:textId="77777777" w:rsidR="00820402" w:rsidRPr="00820402" w:rsidRDefault="00820402" w:rsidP="00820402">
            <w:pPr>
              <w:rPr>
                <w:lang w:val="es-ES"/>
              </w:rPr>
            </w:pPr>
          </w:p>
        </w:tc>
        <w:tc>
          <w:tcPr>
            <w:tcW w:w="2351" w:type="dxa"/>
          </w:tcPr>
          <w:p w14:paraId="38F3CE29" w14:textId="77777777" w:rsidR="00820402" w:rsidRPr="00820402" w:rsidRDefault="00820402" w:rsidP="00820402">
            <w:pPr>
              <w:rPr>
                <w:lang w:val="es-ES"/>
              </w:rPr>
            </w:pPr>
          </w:p>
        </w:tc>
        <w:tc>
          <w:tcPr>
            <w:tcW w:w="2351" w:type="dxa"/>
          </w:tcPr>
          <w:p w14:paraId="7C38DF85" w14:textId="77777777" w:rsidR="00820402" w:rsidRPr="00820402" w:rsidRDefault="00820402" w:rsidP="00820402">
            <w:pPr>
              <w:rPr>
                <w:lang w:val="es-ES"/>
              </w:rPr>
            </w:pPr>
          </w:p>
        </w:tc>
      </w:tr>
      <w:tr w:rsidR="00820402" w:rsidRPr="00A03172" w14:paraId="0B90A4DA" w14:textId="77777777" w:rsidTr="00E77293">
        <w:trPr>
          <w:jc w:val="center"/>
        </w:trPr>
        <w:tc>
          <w:tcPr>
            <w:tcW w:w="2351" w:type="dxa"/>
          </w:tcPr>
          <w:p w14:paraId="3F61F0BD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Reparación/mantención no constituye solución razonable, cuando corresponde</w:t>
            </w:r>
          </w:p>
        </w:tc>
        <w:tc>
          <w:tcPr>
            <w:tcW w:w="2351" w:type="dxa"/>
          </w:tcPr>
          <w:p w14:paraId="2B5D6079" w14:textId="77777777" w:rsidR="00820402" w:rsidRPr="00820402" w:rsidRDefault="00820402" w:rsidP="00820402">
            <w:pPr>
              <w:rPr>
                <w:lang w:val="es-ES"/>
              </w:rPr>
            </w:pPr>
          </w:p>
        </w:tc>
        <w:tc>
          <w:tcPr>
            <w:tcW w:w="2351" w:type="dxa"/>
          </w:tcPr>
          <w:p w14:paraId="384AC552" w14:textId="77777777" w:rsidR="00820402" w:rsidRPr="00820402" w:rsidRDefault="00820402" w:rsidP="00820402">
            <w:pPr>
              <w:rPr>
                <w:lang w:val="es-ES"/>
              </w:rPr>
            </w:pPr>
          </w:p>
        </w:tc>
        <w:tc>
          <w:tcPr>
            <w:tcW w:w="2351" w:type="dxa"/>
          </w:tcPr>
          <w:p w14:paraId="27809995" w14:textId="77777777" w:rsidR="00820402" w:rsidRPr="00820402" w:rsidRDefault="00820402" w:rsidP="00820402">
            <w:pPr>
              <w:rPr>
                <w:lang w:val="es-ES"/>
              </w:rPr>
            </w:pPr>
          </w:p>
        </w:tc>
      </w:tr>
      <w:tr w:rsidR="00820402" w:rsidRPr="00A03172" w14:paraId="2D898436" w14:textId="77777777" w:rsidTr="00E77293">
        <w:trPr>
          <w:jc w:val="center"/>
        </w:trPr>
        <w:tc>
          <w:tcPr>
            <w:tcW w:w="2351" w:type="dxa"/>
          </w:tcPr>
          <w:p w14:paraId="4710E9C1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Se revisó acceso compartido a equipamiento institucional</w:t>
            </w:r>
          </w:p>
        </w:tc>
        <w:tc>
          <w:tcPr>
            <w:tcW w:w="2351" w:type="dxa"/>
          </w:tcPr>
          <w:p w14:paraId="6EE4718B" w14:textId="77777777" w:rsidR="00820402" w:rsidRPr="00820402" w:rsidRDefault="00820402" w:rsidP="00820402">
            <w:pPr>
              <w:rPr>
                <w:lang w:val="es-ES"/>
              </w:rPr>
            </w:pPr>
          </w:p>
        </w:tc>
        <w:tc>
          <w:tcPr>
            <w:tcW w:w="2351" w:type="dxa"/>
          </w:tcPr>
          <w:p w14:paraId="4CE4D8EE" w14:textId="77777777" w:rsidR="00820402" w:rsidRPr="00820402" w:rsidRDefault="00820402" w:rsidP="00820402">
            <w:pPr>
              <w:rPr>
                <w:lang w:val="es-ES"/>
              </w:rPr>
            </w:pPr>
          </w:p>
        </w:tc>
        <w:tc>
          <w:tcPr>
            <w:tcW w:w="2351" w:type="dxa"/>
          </w:tcPr>
          <w:p w14:paraId="026310D6" w14:textId="77777777" w:rsidR="00820402" w:rsidRPr="00820402" w:rsidRDefault="00820402" w:rsidP="00820402">
            <w:pPr>
              <w:rPr>
                <w:lang w:val="es-ES"/>
              </w:rPr>
            </w:pPr>
          </w:p>
        </w:tc>
      </w:tr>
      <w:tr w:rsidR="00820402" w:rsidRPr="00A03172" w14:paraId="75371455" w14:textId="77777777" w:rsidTr="00E77293">
        <w:trPr>
          <w:jc w:val="center"/>
        </w:trPr>
        <w:tc>
          <w:tcPr>
            <w:tcW w:w="2351" w:type="dxa"/>
          </w:tcPr>
          <w:p w14:paraId="0FA1D461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Se revisaron otras alternativas (arriendo/servicio/otras fuentes)</w:t>
            </w:r>
          </w:p>
        </w:tc>
        <w:tc>
          <w:tcPr>
            <w:tcW w:w="2351" w:type="dxa"/>
          </w:tcPr>
          <w:p w14:paraId="4E5D3FAA" w14:textId="77777777" w:rsidR="00820402" w:rsidRPr="00820402" w:rsidRDefault="00820402" w:rsidP="00820402">
            <w:pPr>
              <w:rPr>
                <w:lang w:val="es-ES"/>
              </w:rPr>
            </w:pPr>
          </w:p>
        </w:tc>
        <w:tc>
          <w:tcPr>
            <w:tcW w:w="2351" w:type="dxa"/>
          </w:tcPr>
          <w:p w14:paraId="6A603FF6" w14:textId="77777777" w:rsidR="00820402" w:rsidRPr="00820402" w:rsidRDefault="00820402" w:rsidP="00820402">
            <w:pPr>
              <w:rPr>
                <w:lang w:val="es-ES"/>
              </w:rPr>
            </w:pPr>
          </w:p>
        </w:tc>
        <w:tc>
          <w:tcPr>
            <w:tcW w:w="2351" w:type="dxa"/>
          </w:tcPr>
          <w:p w14:paraId="0982AD17" w14:textId="77777777" w:rsidR="00820402" w:rsidRPr="00820402" w:rsidRDefault="00820402" w:rsidP="00820402">
            <w:pPr>
              <w:rPr>
                <w:lang w:val="es-ES"/>
              </w:rPr>
            </w:pPr>
          </w:p>
        </w:tc>
      </w:tr>
      <w:tr w:rsidR="00820402" w:rsidRPr="00A03172" w14:paraId="3C219E8C" w14:textId="77777777" w:rsidTr="00E77293">
        <w:trPr>
          <w:jc w:val="center"/>
        </w:trPr>
        <w:tc>
          <w:tcPr>
            <w:tcW w:w="2351" w:type="dxa"/>
          </w:tcPr>
          <w:p w14:paraId="5D13FDEF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Responsable, ubicación y operación definidos</w:t>
            </w:r>
          </w:p>
        </w:tc>
        <w:tc>
          <w:tcPr>
            <w:tcW w:w="2351" w:type="dxa"/>
          </w:tcPr>
          <w:p w14:paraId="630199CE" w14:textId="77777777" w:rsidR="00820402" w:rsidRPr="00820402" w:rsidRDefault="00820402" w:rsidP="00820402">
            <w:pPr>
              <w:rPr>
                <w:lang w:val="es-ES"/>
              </w:rPr>
            </w:pPr>
          </w:p>
        </w:tc>
        <w:tc>
          <w:tcPr>
            <w:tcW w:w="2351" w:type="dxa"/>
          </w:tcPr>
          <w:p w14:paraId="4F7667D3" w14:textId="77777777" w:rsidR="00820402" w:rsidRPr="00820402" w:rsidRDefault="00820402" w:rsidP="00820402">
            <w:pPr>
              <w:rPr>
                <w:lang w:val="es-ES"/>
              </w:rPr>
            </w:pPr>
          </w:p>
        </w:tc>
        <w:tc>
          <w:tcPr>
            <w:tcW w:w="2351" w:type="dxa"/>
          </w:tcPr>
          <w:p w14:paraId="0C79EA63" w14:textId="77777777" w:rsidR="00820402" w:rsidRPr="00820402" w:rsidRDefault="00820402" w:rsidP="00820402">
            <w:pPr>
              <w:rPr>
                <w:lang w:val="es-ES"/>
              </w:rPr>
            </w:pPr>
          </w:p>
        </w:tc>
      </w:tr>
      <w:tr w:rsidR="00820402" w:rsidRPr="00A03172" w14:paraId="407BADC3" w14:textId="77777777" w:rsidTr="00E77293">
        <w:trPr>
          <w:jc w:val="center"/>
        </w:trPr>
        <w:tc>
          <w:tcPr>
            <w:tcW w:w="2351" w:type="dxa"/>
          </w:tcPr>
          <w:p w14:paraId="70CC3EBE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Plan de operación, mantención y sostenibilidad presentado</w:t>
            </w:r>
          </w:p>
        </w:tc>
        <w:tc>
          <w:tcPr>
            <w:tcW w:w="2351" w:type="dxa"/>
          </w:tcPr>
          <w:p w14:paraId="668FEFB7" w14:textId="77777777" w:rsidR="00820402" w:rsidRPr="00820402" w:rsidRDefault="00820402" w:rsidP="00820402">
            <w:pPr>
              <w:rPr>
                <w:lang w:val="es-ES"/>
              </w:rPr>
            </w:pPr>
          </w:p>
        </w:tc>
        <w:tc>
          <w:tcPr>
            <w:tcW w:w="2351" w:type="dxa"/>
          </w:tcPr>
          <w:p w14:paraId="3AEC2083" w14:textId="77777777" w:rsidR="00820402" w:rsidRPr="00820402" w:rsidRDefault="00820402" w:rsidP="00820402">
            <w:pPr>
              <w:rPr>
                <w:lang w:val="es-ES"/>
              </w:rPr>
            </w:pPr>
          </w:p>
        </w:tc>
        <w:tc>
          <w:tcPr>
            <w:tcW w:w="2351" w:type="dxa"/>
          </w:tcPr>
          <w:p w14:paraId="0FA8240D" w14:textId="77777777" w:rsidR="00820402" w:rsidRPr="00820402" w:rsidRDefault="00820402" w:rsidP="00820402">
            <w:pPr>
              <w:rPr>
                <w:lang w:val="es-ES"/>
              </w:rPr>
            </w:pPr>
          </w:p>
        </w:tc>
      </w:tr>
      <w:tr w:rsidR="00820402" w:rsidRPr="00A03172" w14:paraId="7BFF67D2" w14:textId="77777777" w:rsidTr="00E77293">
        <w:trPr>
          <w:jc w:val="center"/>
        </w:trPr>
        <w:tc>
          <w:tcPr>
            <w:tcW w:w="2351" w:type="dxa"/>
          </w:tcPr>
          <w:p w14:paraId="63C5DDAA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Respaldo técnico y presupuestario suficiente</w:t>
            </w:r>
          </w:p>
        </w:tc>
        <w:tc>
          <w:tcPr>
            <w:tcW w:w="2351" w:type="dxa"/>
          </w:tcPr>
          <w:p w14:paraId="38D5BC11" w14:textId="77777777" w:rsidR="00820402" w:rsidRPr="00820402" w:rsidRDefault="00820402" w:rsidP="00820402">
            <w:pPr>
              <w:rPr>
                <w:lang w:val="es-ES"/>
              </w:rPr>
            </w:pPr>
          </w:p>
        </w:tc>
        <w:tc>
          <w:tcPr>
            <w:tcW w:w="2351" w:type="dxa"/>
          </w:tcPr>
          <w:p w14:paraId="7A9CB4EF" w14:textId="77777777" w:rsidR="00820402" w:rsidRPr="00820402" w:rsidRDefault="00820402" w:rsidP="00820402">
            <w:pPr>
              <w:rPr>
                <w:lang w:val="es-ES"/>
              </w:rPr>
            </w:pPr>
          </w:p>
        </w:tc>
        <w:tc>
          <w:tcPr>
            <w:tcW w:w="2351" w:type="dxa"/>
          </w:tcPr>
          <w:p w14:paraId="68D63014" w14:textId="77777777" w:rsidR="00820402" w:rsidRPr="00820402" w:rsidRDefault="00820402" w:rsidP="00820402">
            <w:pPr>
              <w:rPr>
                <w:lang w:val="es-ES"/>
              </w:rPr>
            </w:pPr>
          </w:p>
        </w:tc>
      </w:tr>
      <w:tr w:rsidR="00820402" w:rsidRPr="00A03172" w14:paraId="21839EA5" w14:textId="77777777" w:rsidTr="00E77293">
        <w:trPr>
          <w:jc w:val="center"/>
        </w:trPr>
        <w:tc>
          <w:tcPr>
            <w:tcW w:w="2351" w:type="dxa"/>
          </w:tcPr>
          <w:p w14:paraId="103EED76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Uso principal científico/tecnológico o de servicios, no prioritariamente docente</w:t>
            </w:r>
          </w:p>
        </w:tc>
        <w:tc>
          <w:tcPr>
            <w:tcW w:w="2351" w:type="dxa"/>
          </w:tcPr>
          <w:p w14:paraId="5928793E" w14:textId="77777777" w:rsidR="00820402" w:rsidRPr="00820402" w:rsidRDefault="00820402" w:rsidP="00820402">
            <w:pPr>
              <w:rPr>
                <w:lang w:val="es-ES"/>
              </w:rPr>
            </w:pPr>
          </w:p>
        </w:tc>
        <w:tc>
          <w:tcPr>
            <w:tcW w:w="2351" w:type="dxa"/>
          </w:tcPr>
          <w:p w14:paraId="00C03444" w14:textId="77777777" w:rsidR="00820402" w:rsidRPr="00820402" w:rsidRDefault="00820402" w:rsidP="00820402">
            <w:pPr>
              <w:rPr>
                <w:lang w:val="es-ES"/>
              </w:rPr>
            </w:pPr>
          </w:p>
        </w:tc>
        <w:tc>
          <w:tcPr>
            <w:tcW w:w="2351" w:type="dxa"/>
          </w:tcPr>
          <w:p w14:paraId="68A1C807" w14:textId="77777777" w:rsidR="00820402" w:rsidRPr="00820402" w:rsidRDefault="00820402" w:rsidP="00820402">
            <w:pPr>
              <w:rPr>
                <w:lang w:val="es-ES"/>
              </w:rPr>
            </w:pPr>
          </w:p>
        </w:tc>
      </w:tr>
      <w:tr w:rsidR="00820402" w:rsidRPr="00A03172" w14:paraId="7E222BF5" w14:textId="77777777" w:rsidTr="00E77293">
        <w:trPr>
          <w:jc w:val="center"/>
        </w:trPr>
        <w:tc>
          <w:tcPr>
            <w:tcW w:w="2351" w:type="dxa"/>
          </w:tcPr>
          <w:p w14:paraId="5169E6AC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RESULTADO ETAPA 1: Pasa a priorización</w:t>
            </w:r>
          </w:p>
        </w:tc>
        <w:tc>
          <w:tcPr>
            <w:tcW w:w="2351" w:type="dxa"/>
          </w:tcPr>
          <w:p w14:paraId="66C3404E" w14:textId="77777777" w:rsidR="00820402" w:rsidRPr="00820402" w:rsidRDefault="00820402" w:rsidP="00820402">
            <w:pPr>
              <w:rPr>
                <w:lang w:val="es-ES"/>
              </w:rPr>
            </w:pPr>
          </w:p>
        </w:tc>
        <w:tc>
          <w:tcPr>
            <w:tcW w:w="2351" w:type="dxa"/>
          </w:tcPr>
          <w:p w14:paraId="6B86D8C9" w14:textId="77777777" w:rsidR="00820402" w:rsidRPr="00820402" w:rsidRDefault="00820402" w:rsidP="00820402">
            <w:pPr>
              <w:rPr>
                <w:lang w:val="es-ES"/>
              </w:rPr>
            </w:pPr>
          </w:p>
        </w:tc>
        <w:tc>
          <w:tcPr>
            <w:tcW w:w="2351" w:type="dxa"/>
          </w:tcPr>
          <w:p w14:paraId="2F3778CD" w14:textId="77777777" w:rsidR="00820402" w:rsidRPr="00820402" w:rsidRDefault="00820402" w:rsidP="00820402">
            <w:pPr>
              <w:rPr>
                <w:lang w:val="es-ES"/>
              </w:rPr>
            </w:pPr>
          </w:p>
        </w:tc>
      </w:tr>
    </w:tbl>
    <w:p w14:paraId="1DCFC629" w14:textId="77777777" w:rsidR="00820402" w:rsidRPr="00820402" w:rsidRDefault="00820402" w:rsidP="00820402">
      <w:pPr>
        <w:rPr>
          <w:b/>
          <w:lang w:val="es-ES"/>
        </w:rPr>
      </w:pPr>
    </w:p>
    <w:p w14:paraId="43AD43AF" w14:textId="7FFD4DE3" w:rsidR="00820402" w:rsidRPr="00820402" w:rsidRDefault="00820402" w:rsidP="00820402">
      <w:pPr>
        <w:rPr>
          <w:b/>
          <w:lang w:val="es-ES"/>
        </w:rPr>
      </w:pPr>
      <w:r w:rsidRPr="00820402">
        <w:rPr>
          <w:b/>
          <w:lang w:val="es-ES"/>
        </w:rPr>
        <w:t>ETAPA 2 – PRIORIZACIÓN SEGÚN DECRETO N.°17/SG/2026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570"/>
        <w:gridCol w:w="1568"/>
        <w:gridCol w:w="1568"/>
        <w:gridCol w:w="1568"/>
        <w:gridCol w:w="1568"/>
        <w:gridCol w:w="1568"/>
      </w:tblGrid>
      <w:tr w:rsidR="00820402" w:rsidRPr="00820402" w14:paraId="5B6CE332" w14:textId="77777777" w:rsidTr="00E77293">
        <w:trPr>
          <w:jc w:val="center"/>
        </w:trPr>
        <w:tc>
          <w:tcPr>
            <w:tcW w:w="1568" w:type="dxa"/>
            <w:shd w:val="clear" w:color="auto" w:fill="D9EAF7"/>
          </w:tcPr>
          <w:p w14:paraId="33A1EF48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b/>
                <w:lang w:val="es-ES"/>
              </w:rPr>
              <w:t>Criterio</w:t>
            </w:r>
          </w:p>
        </w:tc>
        <w:tc>
          <w:tcPr>
            <w:tcW w:w="1568" w:type="dxa"/>
            <w:shd w:val="clear" w:color="auto" w:fill="D9EAF7"/>
          </w:tcPr>
          <w:p w14:paraId="666573B2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b/>
                <w:lang w:val="es-ES"/>
              </w:rPr>
              <w:t xml:space="preserve">25 </w:t>
            </w:r>
            <w:proofErr w:type="gramStart"/>
            <w:r w:rsidRPr="00820402">
              <w:rPr>
                <w:b/>
                <w:lang w:val="es-ES"/>
              </w:rPr>
              <w:t>Alto</w:t>
            </w:r>
            <w:proofErr w:type="gramEnd"/>
          </w:p>
        </w:tc>
        <w:tc>
          <w:tcPr>
            <w:tcW w:w="1568" w:type="dxa"/>
            <w:shd w:val="clear" w:color="auto" w:fill="D9EAF7"/>
          </w:tcPr>
          <w:p w14:paraId="5D146BFF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b/>
                <w:lang w:val="es-ES"/>
              </w:rPr>
              <w:t xml:space="preserve">15 </w:t>
            </w:r>
            <w:proofErr w:type="gramStart"/>
            <w:r w:rsidRPr="00820402">
              <w:rPr>
                <w:b/>
                <w:lang w:val="es-ES"/>
              </w:rPr>
              <w:t>Medio</w:t>
            </w:r>
            <w:proofErr w:type="gramEnd"/>
          </w:p>
        </w:tc>
        <w:tc>
          <w:tcPr>
            <w:tcW w:w="1568" w:type="dxa"/>
            <w:shd w:val="clear" w:color="auto" w:fill="D9EAF7"/>
          </w:tcPr>
          <w:p w14:paraId="73800AE6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b/>
                <w:lang w:val="es-ES"/>
              </w:rPr>
              <w:t xml:space="preserve">5 </w:t>
            </w:r>
            <w:proofErr w:type="gramStart"/>
            <w:r w:rsidRPr="00820402">
              <w:rPr>
                <w:b/>
                <w:lang w:val="es-ES"/>
              </w:rPr>
              <w:t>Bajo</w:t>
            </w:r>
            <w:proofErr w:type="gramEnd"/>
          </w:p>
        </w:tc>
        <w:tc>
          <w:tcPr>
            <w:tcW w:w="1568" w:type="dxa"/>
            <w:shd w:val="clear" w:color="auto" w:fill="D9EAF7"/>
          </w:tcPr>
          <w:p w14:paraId="122EFDA9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b/>
                <w:lang w:val="es-ES"/>
              </w:rPr>
              <w:t xml:space="preserve">0 </w:t>
            </w:r>
            <w:proofErr w:type="gramStart"/>
            <w:r w:rsidRPr="00820402">
              <w:rPr>
                <w:b/>
                <w:lang w:val="es-ES"/>
              </w:rPr>
              <w:t>No</w:t>
            </w:r>
            <w:proofErr w:type="gramEnd"/>
            <w:r w:rsidRPr="00820402">
              <w:rPr>
                <w:b/>
                <w:lang w:val="es-ES"/>
              </w:rPr>
              <w:t xml:space="preserve"> acredita</w:t>
            </w:r>
          </w:p>
        </w:tc>
        <w:tc>
          <w:tcPr>
            <w:tcW w:w="1568" w:type="dxa"/>
            <w:shd w:val="clear" w:color="auto" w:fill="D9EAF7"/>
          </w:tcPr>
          <w:p w14:paraId="2FC609A6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b/>
                <w:lang w:val="es-ES"/>
              </w:rPr>
              <w:t>Puntaje</w:t>
            </w:r>
          </w:p>
        </w:tc>
      </w:tr>
      <w:tr w:rsidR="00820402" w:rsidRPr="00820402" w14:paraId="0FD94C38" w14:textId="77777777" w:rsidTr="00E77293">
        <w:trPr>
          <w:jc w:val="center"/>
        </w:trPr>
        <w:tc>
          <w:tcPr>
            <w:tcW w:w="1568" w:type="dxa"/>
          </w:tcPr>
          <w:p w14:paraId="7B54D059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Ciencia Abierta y acceso institucional</w:t>
            </w:r>
          </w:p>
        </w:tc>
        <w:tc>
          <w:tcPr>
            <w:tcW w:w="1568" w:type="dxa"/>
          </w:tcPr>
          <w:p w14:paraId="7FC9E8B4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rFonts w:ascii="Segoe UI Symbol" w:hAnsi="Segoe UI Symbol" w:cs="Segoe UI Symbol"/>
                <w:lang w:val="es-ES"/>
              </w:rPr>
              <w:t>☐</w:t>
            </w:r>
          </w:p>
        </w:tc>
        <w:tc>
          <w:tcPr>
            <w:tcW w:w="1568" w:type="dxa"/>
          </w:tcPr>
          <w:p w14:paraId="7FF143B0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rFonts w:ascii="Segoe UI Symbol" w:hAnsi="Segoe UI Symbol" w:cs="Segoe UI Symbol"/>
                <w:lang w:val="es-ES"/>
              </w:rPr>
              <w:t>☐</w:t>
            </w:r>
          </w:p>
        </w:tc>
        <w:tc>
          <w:tcPr>
            <w:tcW w:w="1568" w:type="dxa"/>
          </w:tcPr>
          <w:p w14:paraId="65BEB258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rFonts w:ascii="Segoe UI Symbol" w:hAnsi="Segoe UI Symbol" w:cs="Segoe UI Symbol"/>
                <w:lang w:val="es-ES"/>
              </w:rPr>
              <w:t>☐</w:t>
            </w:r>
          </w:p>
        </w:tc>
        <w:tc>
          <w:tcPr>
            <w:tcW w:w="1568" w:type="dxa"/>
          </w:tcPr>
          <w:p w14:paraId="5FCCBA1A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rFonts w:ascii="Segoe UI Symbol" w:hAnsi="Segoe UI Symbol" w:cs="Segoe UI Symbol"/>
                <w:lang w:val="es-ES"/>
              </w:rPr>
              <w:t>☐</w:t>
            </w:r>
          </w:p>
        </w:tc>
        <w:tc>
          <w:tcPr>
            <w:tcW w:w="1568" w:type="dxa"/>
          </w:tcPr>
          <w:p w14:paraId="4C0C5302" w14:textId="77777777" w:rsidR="00820402" w:rsidRPr="00820402" w:rsidRDefault="00820402" w:rsidP="00820402">
            <w:pPr>
              <w:rPr>
                <w:lang w:val="es-ES"/>
              </w:rPr>
            </w:pPr>
          </w:p>
        </w:tc>
      </w:tr>
      <w:tr w:rsidR="00820402" w:rsidRPr="00820402" w14:paraId="701920AF" w14:textId="77777777" w:rsidTr="00E77293">
        <w:trPr>
          <w:jc w:val="center"/>
        </w:trPr>
        <w:tc>
          <w:tcPr>
            <w:tcW w:w="1568" w:type="dxa"/>
          </w:tcPr>
          <w:p w14:paraId="1E4DC7AE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Infraestructura científica prioritaria</w:t>
            </w:r>
          </w:p>
        </w:tc>
        <w:tc>
          <w:tcPr>
            <w:tcW w:w="1568" w:type="dxa"/>
          </w:tcPr>
          <w:p w14:paraId="28F20EB1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rFonts w:ascii="Segoe UI Symbol" w:hAnsi="Segoe UI Symbol" w:cs="Segoe UI Symbol"/>
                <w:lang w:val="es-ES"/>
              </w:rPr>
              <w:t>☐</w:t>
            </w:r>
          </w:p>
        </w:tc>
        <w:tc>
          <w:tcPr>
            <w:tcW w:w="1568" w:type="dxa"/>
          </w:tcPr>
          <w:p w14:paraId="692A63C8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rFonts w:ascii="Segoe UI Symbol" w:hAnsi="Segoe UI Symbol" w:cs="Segoe UI Symbol"/>
                <w:lang w:val="es-ES"/>
              </w:rPr>
              <w:t>☐</w:t>
            </w:r>
          </w:p>
        </w:tc>
        <w:tc>
          <w:tcPr>
            <w:tcW w:w="1568" w:type="dxa"/>
          </w:tcPr>
          <w:p w14:paraId="1A42D470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rFonts w:ascii="Segoe UI Symbol" w:hAnsi="Segoe UI Symbol" w:cs="Segoe UI Symbol"/>
                <w:lang w:val="es-ES"/>
              </w:rPr>
              <w:t>☐</w:t>
            </w:r>
          </w:p>
        </w:tc>
        <w:tc>
          <w:tcPr>
            <w:tcW w:w="1568" w:type="dxa"/>
          </w:tcPr>
          <w:p w14:paraId="10DC8BEE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rFonts w:ascii="Segoe UI Symbol" w:hAnsi="Segoe UI Symbol" w:cs="Segoe UI Symbol"/>
                <w:lang w:val="es-ES"/>
              </w:rPr>
              <w:t>☐</w:t>
            </w:r>
          </w:p>
        </w:tc>
        <w:tc>
          <w:tcPr>
            <w:tcW w:w="1568" w:type="dxa"/>
          </w:tcPr>
          <w:p w14:paraId="77F0E89F" w14:textId="77777777" w:rsidR="00820402" w:rsidRPr="00820402" w:rsidRDefault="00820402" w:rsidP="00820402">
            <w:pPr>
              <w:rPr>
                <w:lang w:val="es-ES"/>
              </w:rPr>
            </w:pPr>
          </w:p>
        </w:tc>
      </w:tr>
      <w:tr w:rsidR="00820402" w:rsidRPr="00820402" w14:paraId="176282BB" w14:textId="77777777" w:rsidTr="00E77293">
        <w:trPr>
          <w:jc w:val="center"/>
        </w:trPr>
        <w:tc>
          <w:tcPr>
            <w:tcW w:w="1568" w:type="dxa"/>
          </w:tcPr>
          <w:p w14:paraId="0F07BC42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 xml:space="preserve">Proyectos </w:t>
            </w:r>
            <w:r w:rsidRPr="00820402">
              <w:rPr>
                <w:lang w:val="es-ES"/>
              </w:rPr>
              <w:lastRenderedPageBreak/>
              <w:t>externos vigentes</w:t>
            </w:r>
          </w:p>
        </w:tc>
        <w:tc>
          <w:tcPr>
            <w:tcW w:w="1568" w:type="dxa"/>
          </w:tcPr>
          <w:p w14:paraId="36CDEBFF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rFonts w:ascii="Segoe UI Symbol" w:hAnsi="Segoe UI Symbol" w:cs="Segoe UI Symbol"/>
                <w:lang w:val="es-ES"/>
              </w:rPr>
              <w:lastRenderedPageBreak/>
              <w:t>☐</w:t>
            </w:r>
          </w:p>
        </w:tc>
        <w:tc>
          <w:tcPr>
            <w:tcW w:w="1568" w:type="dxa"/>
          </w:tcPr>
          <w:p w14:paraId="14E35C13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rFonts w:ascii="Segoe UI Symbol" w:hAnsi="Segoe UI Symbol" w:cs="Segoe UI Symbol"/>
                <w:lang w:val="es-ES"/>
              </w:rPr>
              <w:t>☐</w:t>
            </w:r>
          </w:p>
        </w:tc>
        <w:tc>
          <w:tcPr>
            <w:tcW w:w="1568" w:type="dxa"/>
          </w:tcPr>
          <w:p w14:paraId="714FEE7C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rFonts w:ascii="Segoe UI Symbol" w:hAnsi="Segoe UI Symbol" w:cs="Segoe UI Symbol"/>
                <w:lang w:val="es-ES"/>
              </w:rPr>
              <w:t>☐</w:t>
            </w:r>
          </w:p>
        </w:tc>
        <w:tc>
          <w:tcPr>
            <w:tcW w:w="1568" w:type="dxa"/>
          </w:tcPr>
          <w:p w14:paraId="227D03FC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rFonts w:ascii="Segoe UI Symbol" w:hAnsi="Segoe UI Symbol" w:cs="Segoe UI Symbol"/>
                <w:lang w:val="es-ES"/>
              </w:rPr>
              <w:t>☐</w:t>
            </w:r>
          </w:p>
        </w:tc>
        <w:tc>
          <w:tcPr>
            <w:tcW w:w="1568" w:type="dxa"/>
          </w:tcPr>
          <w:p w14:paraId="310E9478" w14:textId="77777777" w:rsidR="00820402" w:rsidRPr="00820402" w:rsidRDefault="00820402" w:rsidP="00820402">
            <w:pPr>
              <w:rPr>
                <w:lang w:val="es-ES"/>
              </w:rPr>
            </w:pPr>
          </w:p>
        </w:tc>
      </w:tr>
      <w:tr w:rsidR="00820402" w:rsidRPr="00820402" w14:paraId="595258CF" w14:textId="77777777" w:rsidTr="00E77293">
        <w:trPr>
          <w:jc w:val="center"/>
        </w:trPr>
        <w:tc>
          <w:tcPr>
            <w:tcW w:w="1568" w:type="dxa"/>
          </w:tcPr>
          <w:p w14:paraId="393E102F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Servicios, innovación y transferencia</w:t>
            </w:r>
          </w:p>
        </w:tc>
        <w:tc>
          <w:tcPr>
            <w:tcW w:w="1568" w:type="dxa"/>
          </w:tcPr>
          <w:p w14:paraId="1CFFA328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rFonts w:ascii="Segoe UI Symbol" w:hAnsi="Segoe UI Symbol" w:cs="Segoe UI Symbol"/>
                <w:lang w:val="es-ES"/>
              </w:rPr>
              <w:t>☐</w:t>
            </w:r>
          </w:p>
        </w:tc>
        <w:tc>
          <w:tcPr>
            <w:tcW w:w="1568" w:type="dxa"/>
          </w:tcPr>
          <w:p w14:paraId="16230555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rFonts w:ascii="Segoe UI Symbol" w:hAnsi="Segoe UI Symbol" w:cs="Segoe UI Symbol"/>
                <w:lang w:val="es-ES"/>
              </w:rPr>
              <w:t>☐</w:t>
            </w:r>
          </w:p>
        </w:tc>
        <w:tc>
          <w:tcPr>
            <w:tcW w:w="1568" w:type="dxa"/>
          </w:tcPr>
          <w:p w14:paraId="58905283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rFonts w:ascii="Segoe UI Symbol" w:hAnsi="Segoe UI Symbol" w:cs="Segoe UI Symbol"/>
                <w:lang w:val="es-ES"/>
              </w:rPr>
              <w:t>☐</w:t>
            </w:r>
          </w:p>
        </w:tc>
        <w:tc>
          <w:tcPr>
            <w:tcW w:w="1568" w:type="dxa"/>
          </w:tcPr>
          <w:p w14:paraId="33BA541E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rFonts w:ascii="Segoe UI Symbol" w:hAnsi="Segoe UI Symbol" w:cs="Segoe UI Symbol"/>
                <w:lang w:val="es-ES"/>
              </w:rPr>
              <w:t>☐</w:t>
            </w:r>
          </w:p>
        </w:tc>
        <w:tc>
          <w:tcPr>
            <w:tcW w:w="1568" w:type="dxa"/>
          </w:tcPr>
          <w:p w14:paraId="0E39C54A" w14:textId="77777777" w:rsidR="00820402" w:rsidRPr="00820402" w:rsidRDefault="00820402" w:rsidP="00820402">
            <w:pPr>
              <w:rPr>
                <w:lang w:val="es-ES"/>
              </w:rPr>
            </w:pPr>
          </w:p>
        </w:tc>
      </w:tr>
      <w:tr w:rsidR="00820402" w:rsidRPr="00820402" w14:paraId="09CE1892" w14:textId="77777777" w:rsidTr="00E77293">
        <w:trPr>
          <w:jc w:val="center"/>
        </w:trPr>
        <w:tc>
          <w:tcPr>
            <w:tcW w:w="1568" w:type="dxa"/>
          </w:tcPr>
          <w:p w14:paraId="4725EE7E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TOTAL /100</w:t>
            </w:r>
          </w:p>
        </w:tc>
        <w:tc>
          <w:tcPr>
            <w:tcW w:w="1568" w:type="dxa"/>
          </w:tcPr>
          <w:p w14:paraId="153B23D4" w14:textId="77777777" w:rsidR="00820402" w:rsidRPr="00820402" w:rsidRDefault="00820402" w:rsidP="00820402">
            <w:pPr>
              <w:rPr>
                <w:lang w:val="es-ES"/>
              </w:rPr>
            </w:pPr>
          </w:p>
        </w:tc>
        <w:tc>
          <w:tcPr>
            <w:tcW w:w="1568" w:type="dxa"/>
          </w:tcPr>
          <w:p w14:paraId="18DA3D81" w14:textId="77777777" w:rsidR="00820402" w:rsidRPr="00820402" w:rsidRDefault="00820402" w:rsidP="00820402">
            <w:pPr>
              <w:rPr>
                <w:lang w:val="es-ES"/>
              </w:rPr>
            </w:pPr>
          </w:p>
        </w:tc>
        <w:tc>
          <w:tcPr>
            <w:tcW w:w="1568" w:type="dxa"/>
          </w:tcPr>
          <w:p w14:paraId="07764E44" w14:textId="77777777" w:rsidR="00820402" w:rsidRPr="00820402" w:rsidRDefault="00820402" w:rsidP="00820402">
            <w:pPr>
              <w:rPr>
                <w:lang w:val="es-ES"/>
              </w:rPr>
            </w:pPr>
          </w:p>
        </w:tc>
        <w:tc>
          <w:tcPr>
            <w:tcW w:w="1568" w:type="dxa"/>
          </w:tcPr>
          <w:p w14:paraId="60A5365B" w14:textId="77777777" w:rsidR="00820402" w:rsidRPr="00820402" w:rsidRDefault="00820402" w:rsidP="00820402">
            <w:pPr>
              <w:rPr>
                <w:lang w:val="es-ES"/>
              </w:rPr>
            </w:pPr>
          </w:p>
        </w:tc>
        <w:tc>
          <w:tcPr>
            <w:tcW w:w="1568" w:type="dxa"/>
          </w:tcPr>
          <w:p w14:paraId="3D232EFB" w14:textId="77777777" w:rsidR="00820402" w:rsidRPr="00820402" w:rsidRDefault="00820402" w:rsidP="00820402">
            <w:pPr>
              <w:rPr>
                <w:lang w:val="es-ES"/>
              </w:rPr>
            </w:pPr>
          </w:p>
        </w:tc>
      </w:tr>
    </w:tbl>
    <w:p w14:paraId="50E327B2" w14:textId="77777777" w:rsidR="00820402" w:rsidRPr="00820402" w:rsidRDefault="00820402" w:rsidP="00820402">
      <w:pPr>
        <w:rPr>
          <w:b/>
          <w:lang w:val="es-ES"/>
        </w:rPr>
      </w:pPr>
    </w:p>
    <w:p w14:paraId="25453662" w14:textId="42915428" w:rsidR="00820402" w:rsidRPr="00820402" w:rsidRDefault="00820402" w:rsidP="00820402">
      <w:pPr>
        <w:rPr>
          <w:b/>
          <w:lang w:val="es-ES"/>
        </w:rPr>
      </w:pPr>
      <w:r w:rsidRPr="00820402">
        <w:rPr>
          <w:b/>
          <w:lang w:val="es-ES"/>
        </w:rPr>
        <w:t xml:space="preserve">Fundamento del puntaje: </w:t>
      </w:r>
      <w:r w:rsidRPr="00820402">
        <w:rPr>
          <w:lang w:val="es-ES"/>
        </w:rPr>
        <w:t>Registrar brevemente la evidencia que sustenta cada puntaje.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703"/>
        <w:gridCol w:w="4703"/>
      </w:tblGrid>
      <w:tr w:rsidR="00820402" w:rsidRPr="00820402" w14:paraId="37FECEDC" w14:textId="77777777" w:rsidTr="00E77293">
        <w:trPr>
          <w:jc w:val="center"/>
        </w:trPr>
        <w:tc>
          <w:tcPr>
            <w:tcW w:w="4703" w:type="dxa"/>
            <w:shd w:val="clear" w:color="auto" w:fill="D9EAF7"/>
          </w:tcPr>
          <w:p w14:paraId="5C56686F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b/>
                <w:lang w:val="es-ES"/>
              </w:rPr>
              <w:t>Criterio</w:t>
            </w:r>
          </w:p>
        </w:tc>
        <w:tc>
          <w:tcPr>
            <w:tcW w:w="4703" w:type="dxa"/>
            <w:shd w:val="clear" w:color="auto" w:fill="D9EAF7"/>
          </w:tcPr>
          <w:p w14:paraId="79F1455C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b/>
                <w:lang w:val="es-ES"/>
              </w:rPr>
              <w:t>Evidencia considerada / fundamento</w:t>
            </w:r>
          </w:p>
        </w:tc>
      </w:tr>
      <w:tr w:rsidR="00820402" w:rsidRPr="00A03172" w14:paraId="350750E4" w14:textId="77777777" w:rsidTr="00E77293">
        <w:trPr>
          <w:jc w:val="center"/>
        </w:trPr>
        <w:tc>
          <w:tcPr>
            <w:tcW w:w="4703" w:type="dxa"/>
          </w:tcPr>
          <w:p w14:paraId="4552B21A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Ciencia Abierta y acceso institucional</w:t>
            </w:r>
          </w:p>
        </w:tc>
        <w:tc>
          <w:tcPr>
            <w:tcW w:w="4703" w:type="dxa"/>
          </w:tcPr>
          <w:p w14:paraId="108763AB" w14:textId="77777777" w:rsidR="00820402" w:rsidRPr="00820402" w:rsidRDefault="00820402" w:rsidP="00820402">
            <w:pPr>
              <w:rPr>
                <w:lang w:val="es-ES"/>
              </w:rPr>
            </w:pPr>
          </w:p>
        </w:tc>
      </w:tr>
      <w:tr w:rsidR="00820402" w:rsidRPr="00820402" w14:paraId="4EBE89B2" w14:textId="77777777" w:rsidTr="00E77293">
        <w:trPr>
          <w:jc w:val="center"/>
        </w:trPr>
        <w:tc>
          <w:tcPr>
            <w:tcW w:w="4703" w:type="dxa"/>
          </w:tcPr>
          <w:p w14:paraId="74B71663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Infraestructura científica prioritaria</w:t>
            </w:r>
          </w:p>
        </w:tc>
        <w:tc>
          <w:tcPr>
            <w:tcW w:w="4703" w:type="dxa"/>
          </w:tcPr>
          <w:p w14:paraId="2EE2D2D2" w14:textId="77777777" w:rsidR="00820402" w:rsidRPr="00820402" w:rsidRDefault="00820402" w:rsidP="00820402">
            <w:pPr>
              <w:rPr>
                <w:lang w:val="es-ES"/>
              </w:rPr>
            </w:pPr>
          </w:p>
        </w:tc>
      </w:tr>
      <w:tr w:rsidR="00820402" w:rsidRPr="00820402" w14:paraId="59BDFE70" w14:textId="77777777" w:rsidTr="00E77293">
        <w:trPr>
          <w:jc w:val="center"/>
        </w:trPr>
        <w:tc>
          <w:tcPr>
            <w:tcW w:w="4703" w:type="dxa"/>
          </w:tcPr>
          <w:p w14:paraId="7EB54F79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Proyectos externos vigentes</w:t>
            </w:r>
          </w:p>
        </w:tc>
        <w:tc>
          <w:tcPr>
            <w:tcW w:w="4703" w:type="dxa"/>
          </w:tcPr>
          <w:p w14:paraId="0CB6BEAF" w14:textId="77777777" w:rsidR="00820402" w:rsidRPr="00820402" w:rsidRDefault="00820402" w:rsidP="00820402">
            <w:pPr>
              <w:rPr>
                <w:lang w:val="es-ES"/>
              </w:rPr>
            </w:pPr>
          </w:p>
        </w:tc>
      </w:tr>
      <w:tr w:rsidR="00820402" w:rsidRPr="00820402" w14:paraId="61CBC1AC" w14:textId="77777777" w:rsidTr="00E77293">
        <w:trPr>
          <w:jc w:val="center"/>
        </w:trPr>
        <w:tc>
          <w:tcPr>
            <w:tcW w:w="4703" w:type="dxa"/>
          </w:tcPr>
          <w:p w14:paraId="68D6F7BC" w14:textId="77777777" w:rsidR="00820402" w:rsidRPr="00820402" w:rsidRDefault="00820402" w:rsidP="00820402">
            <w:pPr>
              <w:rPr>
                <w:lang w:val="es-ES"/>
              </w:rPr>
            </w:pPr>
            <w:r w:rsidRPr="00820402">
              <w:rPr>
                <w:lang w:val="es-ES"/>
              </w:rPr>
              <w:t>Servicios, innovación y transferencia</w:t>
            </w:r>
          </w:p>
        </w:tc>
        <w:tc>
          <w:tcPr>
            <w:tcW w:w="4703" w:type="dxa"/>
          </w:tcPr>
          <w:p w14:paraId="19EADA77" w14:textId="77777777" w:rsidR="00820402" w:rsidRPr="00820402" w:rsidRDefault="00820402" w:rsidP="00820402">
            <w:pPr>
              <w:rPr>
                <w:lang w:val="es-ES"/>
              </w:rPr>
            </w:pPr>
          </w:p>
        </w:tc>
      </w:tr>
    </w:tbl>
    <w:p w14:paraId="2CEF96A9" w14:textId="77777777" w:rsidR="00820402" w:rsidRPr="00820402" w:rsidRDefault="00820402" w:rsidP="00820402">
      <w:pPr>
        <w:rPr>
          <w:b/>
          <w:lang w:val="es-ES"/>
        </w:rPr>
      </w:pPr>
    </w:p>
    <w:p w14:paraId="347D457D" w14:textId="60D1D766" w:rsidR="00820402" w:rsidRPr="00820402" w:rsidRDefault="00820402" w:rsidP="00820402">
      <w:pPr>
        <w:rPr>
          <w:b/>
          <w:lang w:val="es-ES"/>
        </w:rPr>
      </w:pPr>
      <w:r w:rsidRPr="00820402">
        <w:rPr>
          <w:b/>
          <w:lang w:val="es-ES"/>
        </w:rPr>
        <w:t xml:space="preserve">Resultado final: </w:t>
      </w:r>
      <w:r w:rsidRPr="00820402">
        <w:rPr>
          <w:lang w:val="es-ES"/>
        </w:rPr>
        <w:t>Puntaje total ____ / 100. La puntuación no genera derecho automático al financiamiento. La asignación queda sujeta a evaluación técnica, priorización y disponibilidad presupuestaria.</w:t>
      </w:r>
    </w:p>
    <w:p w14:paraId="539AAFAE" w14:textId="6D413DD1" w:rsidR="00820402" w:rsidRPr="00820402" w:rsidRDefault="00820402" w:rsidP="00820402">
      <w:pPr>
        <w:rPr>
          <w:lang w:val="es-ES"/>
        </w:rPr>
      </w:pPr>
      <w:r w:rsidRPr="00820402">
        <w:rPr>
          <w:lang w:val="es-ES"/>
        </w:rPr>
        <w:t>Evaluador/a: ______________________________    Fecha: ____ / ____ / ______</w:t>
      </w:r>
    </w:p>
    <w:p w14:paraId="27DF0635" w14:textId="77777777" w:rsidR="00820402" w:rsidRPr="00820402" w:rsidRDefault="00820402" w:rsidP="00820402">
      <w:pPr>
        <w:rPr>
          <w:lang w:val="es-ES"/>
        </w:rPr>
      </w:pPr>
    </w:p>
    <w:p w14:paraId="00F4E8A2" w14:textId="222F119C" w:rsidR="00820402" w:rsidRPr="00820402" w:rsidRDefault="00820402" w:rsidP="00820402">
      <w:pPr>
        <w:jc w:val="center"/>
        <w:rPr>
          <w:b/>
          <w:sz w:val="28"/>
          <w:lang w:val="es-ES"/>
        </w:rPr>
      </w:pPr>
    </w:p>
    <w:p w14:paraId="1A8455B8" w14:textId="77777777" w:rsidR="00820402" w:rsidRPr="00820402" w:rsidRDefault="00820402" w:rsidP="00820402">
      <w:pPr>
        <w:rPr>
          <w:b/>
          <w:lang w:val="es-ES"/>
        </w:rPr>
      </w:pPr>
    </w:p>
    <w:p w14:paraId="65B1A4D6" w14:textId="02C34E57" w:rsidR="00820402" w:rsidRPr="00820402" w:rsidRDefault="00820402" w:rsidP="00820402">
      <w:pPr>
        <w:rPr>
          <w:b/>
          <w:lang w:val="es-ES"/>
        </w:rPr>
      </w:pPr>
    </w:p>
    <w:p w14:paraId="003A84ED" w14:textId="77777777" w:rsidR="00820402" w:rsidRPr="00820402" w:rsidRDefault="00820402" w:rsidP="00820402">
      <w:pPr>
        <w:rPr>
          <w:b/>
          <w:lang w:val="es-ES"/>
        </w:rPr>
      </w:pPr>
    </w:p>
    <w:p w14:paraId="7FDD8797" w14:textId="77777777" w:rsidR="00820402" w:rsidRPr="00820402" w:rsidRDefault="00820402" w:rsidP="00820402">
      <w:pPr>
        <w:rPr>
          <w:lang w:val="es-ES"/>
        </w:rPr>
      </w:pPr>
    </w:p>
    <w:p w14:paraId="6CF63C62" w14:textId="77777777" w:rsidR="00820402" w:rsidRPr="00820402" w:rsidRDefault="00820402" w:rsidP="00820402">
      <w:pPr>
        <w:rPr>
          <w:lang w:val="es-ES"/>
        </w:rPr>
      </w:pPr>
    </w:p>
    <w:p w14:paraId="27465417" w14:textId="77777777" w:rsidR="00820402" w:rsidRPr="00820402" w:rsidRDefault="00820402" w:rsidP="00820402">
      <w:pPr>
        <w:rPr>
          <w:lang w:val="es-ES"/>
        </w:rPr>
      </w:pPr>
    </w:p>
    <w:p w14:paraId="4844CE31" w14:textId="77777777" w:rsidR="00820402" w:rsidRPr="00820402" w:rsidRDefault="00820402" w:rsidP="00820402">
      <w:pPr>
        <w:rPr>
          <w:lang w:val="es-ES"/>
        </w:rPr>
      </w:pPr>
    </w:p>
    <w:p w14:paraId="2C5B9612" w14:textId="77777777" w:rsidR="00820402" w:rsidRPr="00820402" w:rsidRDefault="00820402" w:rsidP="00820402">
      <w:pPr>
        <w:rPr>
          <w:lang w:val="es-ES"/>
        </w:rPr>
      </w:pPr>
    </w:p>
    <w:p w14:paraId="1EFA6049" w14:textId="77777777" w:rsidR="00766B65" w:rsidRPr="00820402" w:rsidRDefault="00766B65" w:rsidP="00820402">
      <w:pPr>
        <w:rPr>
          <w:lang w:val="es-ES"/>
        </w:rPr>
      </w:pPr>
    </w:p>
    <w:sectPr w:rsidR="00766B65" w:rsidRPr="00820402" w:rsidSect="008204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8" w:right="1440" w:bottom="141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B353E" w14:textId="77777777" w:rsidR="00425E0E" w:rsidRDefault="00425E0E" w:rsidP="00404C1E">
      <w:pPr>
        <w:spacing w:after="0" w:line="240" w:lineRule="auto"/>
      </w:pPr>
      <w:r>
        <w:separator/>
      </w:r>
    </w:p>
  </w:endnote>
  <w:endnote w:type="continuationSeparator" w:id="0">
    <w:p w14:paraId="5212E98D" w14:textId="77777777" w:rsidR="00425E0E" w:rsidRDefault="00425E0E" w:rsidP="00404C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MinchoE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07D83" w14:textId="77777777" w:rsidR="00404C1E" w:rsidRDefault="00404C1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8E7A4" w14:textId="77777777" w:rsidR="00404C1E" w:rsidRDefault="00404C1E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DBF0A" w14:textId="77777777" w:rsidR="00404C1E" w:rsidRDefault="00404C1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B0BE4" w14:textId="77777777" w:rsidR="00425E0E" w:rsidRDefault="00425E0E" w:rsidP="00404C1E">
      <w:pPr>
        <w:spacing w:after="0" w:line="240" w:lineRule="auto"/>
      </w:pPr>
      <w:r>
        <w:separator/>
      </w:r>
    </w:p>
  </w:footnote>
  <w:footnote w:type="continuationSeparator" w:id="0">
    <w:p w14:paraId="27A57C44" w14:textId="77777777" w:rsidR="00425E0E" w:rsidRDefault="00425E0E" w:rsidP="00404C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84605" w14:textId="77777777" w:rsidR="00404C1E" w:rsidRDefault="00404C1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9B978" w14:textId="60989B38" w:rsidR="00404C1E" w:rsidRDefault="008D23D1">
    <w:pPr>
      <w:pStyle w:val="Encabezado"/>
    </w:pPr>
    <w:r w:rsidRPr="00651860">
      <w:rPr>
        <w:noProof/>
      </w:rPr>
      <w:drawing>
        <wp:inline distT="0" distB="0" distL="0" distR="0" wp14:anchorId="5987A83B" wp14:editId="444DC70F">
          <wp:extent cx="1592580" cy="670041"/>
          <wp:effectExtent l="0" t="0" r="7620" b="0"/>
          <wp:docPr id="1060808427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5393" cy="6754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39A81" w14:textId="77777777" w:rsidR="00404C1E" w:rsidRDefault="00404C1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124672EE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447CCFC6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75E6B9D"/>
    <w:multiLevelType w:val="hybridMultilevel"/>
    <w:tmpl w:val="8BE2FBB6"/>
    <w:lvl w:ilvl="0" w:tplc="4ECEB384">
      <w:start w:val="1"/>
      <w:numFmt w:val="bullet"/>
      <w:lvlText w:val=""/>
      <w:lvlJc w:val="left"/>
      <w:pPr>
        <w:ind w:left="360" w:hanging="360"/>
      </w:pPr>
      <w:rPr>
        <w:rFonts w:ascii="Symbol" w:eastAsia="HGPMinchoE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1A83869"/>
    <w:multiLevelType w:val="hybridMultilevel"/>
    <w:tmpl w:val="BB2E4342"/>
    <w:lvl w:ilvl="0" w:tplc="4ECEB384">
      <w:start w:val="1"/>
      <w:numFmt w:val="bullet"/>
      <w:lvlText w:val=""/>
      <w:lvlJc w:val="left"/>
      <w:pPr>
        <w:ind w:left="360" w:hanging="360"/>
      </w:pPr>
      <w:rPr>
        <w:rFonts w:ascii="Symbol" w:eastAsia="HGPMinchoE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AEB0D6E"/>
    <w:multiLevelType w:val="hybridMultilevel"/>
    <w:tmpl w:val="BBD8D8F6"/>
    <w:lvl w:ilvl="0" w:tplc="4ECEB384">
      <w:start w:val="1"/>
      <w:numFmt w:val="bullet"/>
      <w:lvlText w:val=""/>
      <w:lvlJc w:val="left"/>
      <w:pPr>
        <w:ind w:left="360" w:hanging="360"/>
      </w:pPr>
      <w:rPr>
        <w:rFonts w:ascii="Symbol" w:eastAsia="HGPMinchoE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C775E48"/>
    <w:multiLevelType w:val="hybridMultilevel"/>
    <w:tmpl w:val="67A46C18"/>
    <w:lvl w:ilvl="0" w:tplc="4ECEB384">
      <w:start w:val="1"/>
      <w:numFmt w:val="bullet"/>
      <w:lvlText w:val=""/>
      <w:lvlJc w:val="left"/>
      <w:pPr>
        <w:ind w:left="360" w:hanging="360"/>
      </w:pPr>
      <w:rPr>
        <w:rFonts w:ascii="Symbol" w:eastAsia="HGPMinchoE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3891167"/>
    <w:multiLevelType w:val="hybridMultilevel"/>
    <w:tmpl w:val="899236AA"/>
    <w:lvl w:ilvl="0" w:tplc="4ECEB384">
      <w:start w:val="1"/>
      <w:numFmt w:val="bullet"/>
      <w:lvlText w:val=""/>
      <w:lvlJc w:val="left"/>
      <w:pPr>
        <w:ind w:left="360" w:hanging="360"/>
      </w:pPr>
      <w:rPr>
        <w:rFonts w:ascii="Symbol" w:eastAsia="HGPMinchoE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7070991"/>
    <w:multiLevelType w:val="hybridMultilevel"/>
    <w:tmpl w:val="47BA23AA"/>
    <w:lvl w:ilvl="0" w:tplc="4ECEB384">
      <w:start w:val="1"/>
      <w:numFmt w:val="bullet"/>
      <w:lvlText w:val=""/>
      <w:lvlJc w:val="left"/>
      <w:pPr>
        <w:ind w:left="360" w:hanging="360"/>
      </w:pPr>
      <w:rPr>
        <w:rFonts w:ascii="Symbol" w:eastAsia="HGPMinchoE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3AC1394"/>
    <w:multiLevelType w:val="hybridMultilevel"/>
    <w:tmpl w:val="9B6ABBE6"/>
    <w:lvl w:ilvl="0" w:tplc="4ECEB384">
      <w:start w:val="1"/>
      <w:numFmt w:val="bullet"/>
      <w:lvlText w:val=""/>
      <w:lvlJc w:val="left"/>
      <w:pPr>
        <w:ind w:left="360" w:hanging="360"/>
      </w:pPr>
      <w:rPr>
        <w:rFonts w:ascii="Symbol" w:eastAsia="HGPMinchoE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8133528"/>
    <w:multiLevelType w:val="hybridMultilevel"/>
    <w:tmpl w:val="17765176"/>
    <w:lvl w:ilvl="0" w:tplc="4ECEB384">
      <w:start w:val="1"/>
      <w:numFmt w:val="bullet"/>
      <w:lvlText w:val=""/>
      <w:lvlJc w:val="left"/>
      <w:pPr>
        <w:ind w:left="360" w:hanging="360"/>
      </w:pPr>
      <w:rPr>
        <w:rFonts w:ascii="Symbol" w:eastAsia="HGPMinchoE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35362368">
    <w:abstractNumId w:val="8"/>
  </w:num>
  <w:num w:numId="2" w16cid:durableId="876283778">
    <w:abstractNumId w:val="6"/>
  </w:num>
  <w:num w:numId="3" w16cid:durableId="566646074">
    <w:abstractNumId w:val="5"/>
  </w:num>
  <w:num w:numId="4" w16cid:durableId="1216157235">
    <w:abstractNumId w:val="4"/>
  </w:num>
  <w:num w:numId="5" w16cid:durableId="650407125">
    <w:abstractNumId w:val="7"/>
  </w:num>
  <w:num w:numId="6" w16cid:durableId="505367728">
    <w:abstractNumId w:val="3"/>
  </w:num>
  <w:num w:numId="7" w16cid:durableId="1450589238">
    <w:abstractNumId w:val="2"/>
  </w:num>
  <w:num w:numId="8" w16cid:durableId="2024210638">
    <w:abstractNumId w:val="1"/>
  </w:num>
  <w:num w:numId="9" w16cid:durableId="817067058">
    <w:abstractNumId w:val="0"/>
  </w:num>
  <w:num w:numId="10" w16cid:durableId="508370495">
    <w:abstractNumId w:val="7"/>
  </w:num>
  <w:num w:numId="11" w16cid:durableId="1475294691">
    <w:abstractNumId w:val="16"/>
  </w:num>
  <w:num w:numId="12" w16cid:durableId="739790216">
    <w:abstractNumId w:val="10"/>
  </w:num>
  <w:num w:numId="13" w16cid:durableId="1272127737">
    <w:abstractNumId w:val="11"/>
  </w:num>
  <w:num w:numId="14" w16cid:durableId="446586217">
    <w:abstractNumId w:val="13"/>
  </w:num>
  <w:num w:numId="15" w16cid:durableId="1600530700">
    <w:abstractNumId w:val="15"/>
  </w:num>
  <w:num w:numId="16" w16cid:durableId="1387408411">
    <w:abstractNumId w:val="12"/>
  </w:num>
  <w:num w:numId="17" w16cid:durableId="80613098">
    <w:abstractNumId w:val="14"/>
  </w:num>
  <w:num w:numId="18" w16cid:durableId="7244488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3718"/>
    <w:rsid w:val="0010368A"/>
    <w:rsid w:val="0015074B"/>
    <w:rsid w:val="001C1F64"/>
    <w:rsid w:val="001D31AC"/>
    <w:rsid w:val="0029639D"/>
    <w:rsid w:val="002C123C"/>
    <w:rsid w:val="00326F90"/>
    <w:rsid w:val="003D2B22"/>
    <w:rsid w:val="00404C1E"/>
    <w:rsid w:val="004246F5"/>
    <w:rsid w:val="00425E0E"/>
    <w:rsid w:val="00625209"/>
    <w:rsid w:val="00716FEC"/>
    <w:rsid w:val="00753D3C"/>
    <w:rsid w:val="00766B65"/>
    <w:rsid w:val="007752BC"/>
    <w:rsid w:val="0080221B"/>
    <w:rsid w:val="00811CFF"/>
    <w:rsid w:val="00820402"/>
    <w:rsid w:val="00835067"/>
    <w:rsid w:val="0084296D"/>
    <w:rsid w:val="00880542"/>
    <w:rsid w:val="008B0F81"/>
    <w:rsid w:val="008C0049"/>
    <w:rsid w:val="008C78CE"/>
    <w:rsid w:val="008D23D1"/>
    <w:rsid w:val="00953B39"/>
    <w:rsid w:val="009804BA"/>
    <w:rsid w:val="009A5736"/>
    <w:rsid w:val="009F18B4"/>
    <w:rsid w:val="00A03172"/>
    <w:rsid w:val="00A26615"/>
    <w:rsid w:val="00A67067"/>
    <w:rsid w:val="00AA1D8D"/>
    <w:rsid w:val="00B320D1"/>
    <w:rsid w:val="00B47730"/>
    <w:rsid w:val="00B72479"/>
    <w:rsid w:val="00BD0058"/>
    <w:rsid w:val="00CB0664"/>
    <w:rsid w:val="00CD131C"/>
    <w:rsid w:val="00CE573A"/>
    <w:rsid w:val="00D42913"/>
    <w:rsid w:val="00D923A8"/>
    <w:rsid w:val="00E43B9D"/>
    <w:rsid w:val="00EA2EC0"/>
    <w:rsid w:val="00F61E55"/>
    <w:rsid w:val="00F71B86"/>
    <w:rsid w:val="00FC45A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B0035A"/>
  <w14:defaultImageDpi w14:val="300"/>
  <w15:docId w15:val="{021BCC1C-38BE-482C-8F99-9347641F4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944</Words>
  <Characters>5193</Characters>
  <Application>Microsoft Office Word</Application>
  <DocSecurity>0</DocSecurity>
  <Lines>43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6125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usuario</cp:lastModifiedBy>
  <cp:revision>9</cp:revision>
  <dcterms:created xsi:type="dcterms:W3CDTF">2026-09-30T18:54:00Z</dcterms:created>
  <dcterms:modified xsi:type="dcterms:W3CDTF">2026-10-06T02:38:00Z</dcterms:modified>
  <cp:category/>
</cp:coreProperties>
</file>