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E2C" w:rsidRDefault="00832E2C">
      <w:pPr>
        <w:jc w:val="center"/>
        <w:rPr>
          <w:b/>
          <w:sz w:val="28"/>
          <w:lang w:val="es-CL"/>
        </w:rPr>
      </w:pPr>
    </w:p>
    <w:p w:rsidR="006F51B0" w:rsidRPr="00897C44" w:rsidRDefault="000B3CB3">
      <w:pPr>
        <w:jc w:val="center"/>
        <w:rPr>
          <w:lang w:val="es-CL"/>
        </w:rPr>
      </w:pPr>
      <w:r w:rsidRPr="00897C44">
        <w:rPr>
          <w:b/>
          <w:sz w:val="28"/>
          <w:lang w:val="es-CL"/>
        </w:rPr>
        <w:t>DECLARACIÓN JURADA SIMPLE</w:t>
      </w:r>
    </w:p>
    <w:p w:rsidR="006F51B0" w:rsidRPr="00897C44" w:rsidRDefault="006F51B0">
      <w:pPr>
        <w:rPr>
          <w:lang w:val="es-CL"/>
        </w:rPr>
      </w:pPr>
    </w:p>
    <w:p w:rsidR="0013376C" w:rsidRDefault="000B3CB3">
      <w:pPr>
        <w:jc w:val="both"/>
        <w:rPr>
          <w:lang w:val="es-CL"/>
        </w:rPr>
      </w:pPr>
      <w:r w:rsidRPr="00897C44">
        <w:rPr>
          <w:lang w:val="es-CL"/>
        </w:rPr>
        <w:t xml:space="preserve">Yo, </w:t>
      </w:r>
      <w:r w:rsidRPr="00897C44">
        <w:rPr>
          <w:b/>
          <w:lang w:val="es-CL"/>
        </w:rPr>
        <w:t>[nombre completo]</w:t>
      </w:r>
      <w:r w:rsidRPr="00897C44">
        <w:rPr>
          <w:lang w:val="es-CL"/>
        </w:rPr>
        <w:t xml:space="preserve">, cédula nacional de identidad N.º </w:t>
      </w:r>
      <w:r w:rsidRPr="00897C44">
        <w:rPr>
          <w:b/>
          <w:lang w:val="es-CL"/>
        </w:rPr>
        <w:t>[RUT]</w:t>
      </w:r>
      <w:r w:rsidRPr="00897C44">
        <w:rPr>
          <w:lang w:val="es-CL"/>
        </w:rPr>
        <w:t>, académico/a d</w:t>
      </w:r>
      <w:r w:rsidR="00897C44">
        <w:rPr>
          <w:lang w:val="es-CL"/>
        </w:rPr>
        <w:t>e</w:t>
      </w:r>
      <w:r w:rsidRPr="00897C44">
        <w:rPr>
          <w:lang w:val="es-CL"/>
        </w:rPr>
        <w:t xml:space="preserve"> </w:t>
      </w:r>
      <w:r w:rsidR="00897C44" w:rsidRPr="00897C44">
        <w:rPr>
          <w:b/>
          <w:lang w:val="es-CL"/>
        </w:rPr>
        <w:t>[</w:t>
      </w:r>
      <w:r w:rsidR="00897C44">
        <w:rPr>
          <w:b/>
          <w:lang w:val="es-CL"/>
        </w:rPr>
        <w:t>Nombre Facultad/Instituto</w:t>
      </w:r>
      <w:r w:rsidR="00897C44" w:rsidRPr="00897C44">
        <w:rPr>
          <w:b/>
          <w:lang w:val="es-CL"/>
        </w:rPr>
        <w:t>]</w:t>
      </w:r>
      <w:r w:rsidRPr="00897C44">
        <w:rPr>
          <w:lang w:val="es-CL"/>
        </w:rPr>
        <w:t xml:space="preserve"> </w:t>
      </w:r>
      <w:r w:rsidR="00897C44">
        <w:rPr>
          <w:lang w:val="es-CL"/>
        </w:rPr>
        <w:t xml:space="preserve">de la </w:t>
      </w:r>
      <w:r w:rsidRPr="00897C44">
        <w:rPr>
          <w:b/>
          <w:lang w:val="es-CL"/>
        </w:rPr>
        <w:t>Universidad de Magallanes</w:t>
      </w:r>
      <w:r w:rsidRPr="00897C44">
        <w:rPr>
          <w:lang w:val="es-CL"/>
        </w:rPr>
        <w:t>, declaro bajo juramento, que a la fecha de suscripción del presente instrumento</w:t>
      </w:r>
      <w:r w:rsidR="0013376C">
        <w:rPr>
          <w:lang w:val="es-CL"/>
        </w:rPr>
        <w:t>:</w:t>
      </w:r>
    </w:p>
    <w:p w:rsidR="006F51B0" w:rsidRDefault="0013376C">
      <w:pPr>
        <w:jc w:val="both"/>
        <w:rPr>
          <w:lang w:val="es-CL"/>
        </w:rPr>
      </w:pPr>
      <w:r>
        <w:rPr>
          <w:lang w:val="es-CL"/>
        </w:rPr>
        <w:t>-</w:t>
      </w:r>
      <w:r w:rsidR="000B3CB3" w:rsidRPr="00897C44">
        <w:rPr>
          <w:lang w:val="es-CL"/>
        </w:rPr>
        <w:t xml:space="preserve"> </w:t>
      </w:r>
      <w:r>
        <w:rPr>
          <w:b/>
          <w:lang w:val="es-CL"/>
        </w:rPr>
        <w:t>N</w:t>
      </w:r>
      <w:r w:rsidR="000B3CB3" w:rsidRPr="00897C44">
        <w:rPr>
          <w:b/>
          <w:lang w:val="es-CL"/>
        </w:rPr>
        <w:t xml:space="preserve">o participo en proyectos de investigación con financiamiento externo </w:t>
      </w:r>
      <w:r w:rsidR="000B3CB3" w:rsidRPr="00897C44">
        <w:rPr>
          <w:lang w:val="es-CL"/>
        </w:rPr>
        <w:t>ya sea en calidad de investigador/a responsable, coinvestigador/a o en cualquier función equivalente.</w:t>
      </w:r>
    </w:p>
    <w:p w:rsidR="0013376C" w:rsidRPr="00897C44" w:rsidRDefault="0013376C">
      <w:pPr>
        <w:jc w:val="both"/>
        <w:rPr>
          <w:lang w:val="es-CL"/>
        </w:rPr>
      </w:pPr>
      <w:r>
        <w:rPr>
          <w:lang w:val="es-CL"/>
        </w:rPr>
        <w:t>-</w:t>
      </w:r>
      <w:r w:rsidRPr="0013376C">
        <w:rPr>
          <w:b/>
          <w:lang w:val="es-CL"/>
        </w:rPr>
        <w:t xml:space="preserve"> </w:t>
      </w:r>
      <w:r>
        <w:rPr>
          <w:b/>
          <w:lang w:val="es-CL"/>
        </w:rPr>
        <w:t>No/S</w:t>
      </w:r>
      <w:r w:rsidR="00001391">
        <w:rPr>
          <w:b/>
          <w:lang w:val="es-CL"/>
        </w:rPr>
        <w:t>i</w:t>
      </w:r>
      <w:r>
        <w:rPr>
          <w:b/>
          <w:lang w:val="es-CL"/>
        </w:rPr>
        <w:t xml:space="preserve"> participo en proyectos</w:t>
      </w:r>
      <w:r w:rsidRPr="00897C44">
        <w:rPr>
          <w:b/>
          <w:lang w:val="es-CL"/>
        </w:rPr>
        <w:t xml:space="preserve"> con financiamiento interno</w:t>
      </w:r>
      <w:r>
        <w:rPr>
          <w:lang w:val="es-CL"/>
        </w:rPr>
        <w:t xml:space="preserve"> (Si la respuesta es </w:t>
      </w:r>
      <w:r w:rsidRPr="00001391">
        <w:rPr>
          <w:b/>
          <w:bCs/>
          <w:lang w:val="es-CL"/>
        </w:rPr>
        <w:t>s</w:t>
      </w:r>
      <w:r w:rsidR="00001391" w:rsidRPr="00001391">
        <w:rPr>
          <w:b/>
          <w:bCs/>
          <w:lang w:val="es-CL"/>
        </w:rPr>
        <w:t>í</w:t>
      </w:r>
      <w:r>
        <w:rPr>
          <w:lang w:val="es-CL"/>
        </w:rPr>
        <w:t>, identificar el proyecto).</w:t>
      </w:r>
    </w:p>
    <w:p w:rsidR="006F51B0" w:rsidRPr="00897C44" w:rsidRDefault="000B3CB3">
      <w:pPr>
        <w:jc w:val="both"/>
        <w:rPr>
          <w:lang w:val="es-CL"/>
        </w:rPr>
      </w:pPr>
      <w:r w:rsidRPr="00897C44">
        <w:rPr>
          <w:lang w:val="es-CL"/>
        </w:rPr>
        <w:t xml:space="preserve">Declaro, asimismo, que la información contenida en esta declaración es </w:t>
      </w:r>
      <w:r w:rsidR="0013376C">
        <w:rPr>
          <w:lang w:val="es-CL"/>
        </w:rPr>
        <w:t>fidedigna</w:t>
      </w:r>
      <w:r w:rsidRPr="00897C44">
        <w:rPr>
          <w:lang w:val="es-CL"/>
        </w:rPr>
        <w:t xml:space="preserve"> y que asumo la responsabilidad correspondiente en caso de </w:t>
      </w:r>
      <w:r w:rsidR="00897C44">
        <w:rPr>
          <w:lang w:val="es-CL"/>
        </w:rPr>
        <w:t xml:space="preserve">que </w:t>
      </w:r>
      <w:r w:rsidRPr="00897C44">
        <w:rPr>
          <w:lang w:val="es-CL"/>
        </w:rPr>
        <w:t>los antecedentes aquí proporcionados</w:t>
      </w:r>
      <w:r w:rsidR="00897C44">
        <w:rPr>
          <w:lang w:val="es-CL"/>
        </w:rPr>
        <w:t xml:space="preserve"> nos sean verídicos.</w:t>
      </w:r>
    </w:p>
    <w:p w:rsidR="006F51B0" w:rsidRPr="00897C44" w:rsidRDefault="006F51B0">
      <w:pPr>
        <w:rPr>
          <w:lang w:val="es-CL"/>
        </w:rPr>
      </w:pPr>
    </w:p>
    <w:p w:rsidR="006F51B0" w:rsidRPr="00897C44" w:rsidRDefault="000B3CB3">
      <w:pPr>
        <w:rPr>
          <w:lang w:val="es-CL"/>
        </w:rPr>
      </w:pPr>
      <w:r w:rsidRPr="00897C44">
        <w:rPr>
          <w:lang w:val="es-CL"/>
        </w:rPr>
        <w:t xml:space="preserve">Se extiende la presente declaración en </w:t>
      </w:r>
      <w:r w:rsidRPr="00897C44">
        <w:rPr>
          <w:i/>
          <w:lang w:val="es-CL"/>
        </w:rPr>
        <w:t>[ciudad]</w:t>
      </w:r>
      <w:r w:rsidRPr="00897C44">
        <w:rPr>
          <w:lang w:val="es-CL"/>
        </w:rPr>
        <w:t xml:space="preserve">, a </w:t>
      </w:r>
      <w:r w:rsidRPr="00897C44">
        <w:rPr>
          <w:i/>
          <w:lang w:val="es-CL"/>
        </w:rPr>
        <w:t>[día]</w:t>
      </w:r>
      <w:r w:rsidRPr="00897C44">
        <w:rPr>
          <w:lang w:val="es-CL"/>
        </w:rPr>
        <w:t xml:space="preserve"> de </w:t>
      </w:r>
      <w:r w:rsidRPr="00897C44">
        <w:rPr>
          <w:i/>
          <w:lang w:val="es-CL"/>
        </w:rPr>
        <w:t>[mes]</w:t>
      </w:r>
      <w:r w:rsidRPr="00897C44">
        <w:rPr>
          <w:lang w:val="es-CL"/>
        </w:rPr>
        <w:t xml:space="preserve"> de </w:t>
      </w:r>
      <w:r w:rsidRPr="00897C44">
        <w:rPr>
          <w:i/>
          <w:lang w:val="es-CL"/>
        </w:rPr>
        <w:t>[año]</w:t>
      </w:r>
    </w:p>
    <w:p w:rsidR="006F51B0" w:rsidRPr="00897C44" w:rsidRDefault="006F51B0">
      <w:pPr>
        <w:rPr>
          <w:lang w:val="es-CL"/>
        </w:rPr>
      </w:pPr>
    </w:p>
    <w:p w:rsidR="006F51B0" w:rsidRPr="00897C44" w:rsidRDefault="006F51B0">
      <w:pPr>
        <w:rPr>
          <w:lang w:val="es-CL"/>
        </w:rPr>
      </w:pPr>
    </w:p>
    <w:p w:rsidR="006F51B0" w:rsidRPr="00897C44" w:rsidRDefault="006F51B0">
      <w:pPr>
        <w:rPr>
          <w:lang w:val="es-CL"/>
        </w:rPr>
      </w:pPr>
    </w:p>
    <w:p w:rsidR="006F51B0" w:rsidRPr="00897C44" w:rsidRDefault="000B3CB3">
      <w:pPr>
        <w:jc w:val="center"/>
        <w:rPr>
          <w:lang w:val="es-CL"/>
        </w:rPr>
      </w:pPr>
      <w:r w:rsidRPr="00897C44">
        <w:rPr>
          <w:lang w:val="es-CL"/>
        </w:rPr>
        <w:t>__________________________________</w:t>
      </w:r>
    </w:p>
    <w:p w:rsidR="006F51B0" w:rsidRPr="00897C44" w:rsidRDefault="000B3CB3" w:rsidP="00897C44">
      <w:pPr>
        <w:spacing w:after="0"/>
        <w:jc w:val="center"/>
        <w:rPr>
          <w:lang w:val="es-CL"/>
        </w:rPr>
      </w:pPr>
      <w:r w:rsidRPr="00897C44">
        <w:rPr>
          <w:b/>
          <w:lang w:val="es-CL"/>
        </w:rPr>
        <w:t>[nombre completo]</w:t>
      </w:r>
    </w:p>
    <w:p w:rsidR="006F51B0" w:rsidRPr="00897C44" w:rsidRDefault="006F51B0" w:rsidP="00897C44">
      <w:pPr>
        <w:spacing w:after="0"/>
        <w:jc w:val="center"/>
        <w:rPr>
          <w:lang w:val="es-CL"/>
        </w:rPr>
      </w:pPr>
    </w:p>
    <w:sectPr w:rsidR="006F51B0" w:rsidRPr="00897C44" w:rsidSect="00034616">
      <w:headerReference w:type="default" r:id="rId8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5ADE" w:rsidRDefault="00E65ADE" w:rsidP="00832E2C">
      <w:pPr>
        <w:spacing w:after="0" w:line="240" w:lineRule="auto"/>
      </w:pPr>
      <w:r>
        <w:separator/>
      </w:r>
    </w:p>
  </w:endnote>
  <w:endnote w:type="continuationSeparator" w:id="0">
    <w:p w:rsidR="00E65ADE" w:rsidRDefault="00E65ADE" w:rsidP="00832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5ADE" w:rsidRDefault="00E65ADE" w:rsidP="00832E2C">
      <w:pPr>
        <w:spacing w:after="0" w:line="240" w:lineRule="auto"/>
      </w:pPr>
      <w:r>
        <w:separator/>
      </w:r>
    </w:p>
  </w:footnote>
  <w:footnote w:type="continuationSeparator" w:id="0">
    <w:p w:rsidR="00E65ADE" w:rsidRDefault="00E65ADE" w:rsidP="00832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2E2C" w:rsidRDefault="00832E2C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4E39E58" wp14:editId="5B3E85E9">
          <wp:simplePos x="0" y="0"/>
          <wp:positionH relativeFrom="column">
            <wp:posOffset>0</wp:posOffset>
          </wp:positionH>
          <wp:positionV relativeFrom="paragraph">
            <wp:posOffset>-247639</wp:posOffset>
          </wp:positionV>
          <wp:extent cx="1943100" cy="609600"/>
          <wp:effectExtent l="0" t="0" r="0" b="0"/>
          <wp:wrapTight wrapText="bothSides">
            <wp:wrapPolygon edited="0">
              <wp:start x="2259" y="0"/>
              <wp:lineTo x="1553" y="450"/>
              <wp:lineTo x="0" y="5400"/>
              <wp:lineTo x="0" y="16200"/>
              <wp:lineTo x="1694" y="21150"/>
              <wp:lineTo x="2259" y="21150"/>
              <wp:lineTo x="4518" y="21150"/>
              <wp:lineTo x="21459" y="19800"/>
              <wp:lineTo x="21459" y="2250"/>
              <wp:lineTo x="4518" y="0"/>
              <wp:lineTo x="2259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. Magallanes EXTERN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391"/>
    <w:rsid w:val="00034616"/>
    <w:rsid w:val="0006063C"/>
    <w:rsid w:val="000B3CB3"/>
    <w:rsid w:val="0010782C"/>
    <w:rsid w:val="0013376C"/>
    <w:rsid w:val="0015074B"/>
    <w:rsid w:val="0029639D"/>
    <w:rsid w:val="00326F90"/>
    <w:rsid w:val="006F51B0"/>
    <w:rsid w:val="00832E2C"/>
    <w:rsid w:val="00897C44"/>
    <w:rsid w:val="00AA1D8D"/>
    <w:rsid w:val="00B47730"/>
    <w:rsid w:val="00CB0664"/>
    <w:rsid w:val="00E65ADE"/>
    <w:rsid w:val="00FC693F"/>
    <w:rsid w:val="00FD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D4A6A90"/>
  <w14:defaultImageDpi w14:val="300"/>
  <w15:docId w15:val="{0FEA8E80-B5AD-6B48-AC80-6D9C9BA8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D0762A-6791-D645-80FD-180F945FE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5</cp:revision>
  <dcterms:created xsi:type="dcterms:W3CDTF">2026-04-10T18:19:00Z</dcterms:created>
  <dcterms:modified xsi:type="dcterms:W3CDTF">2026-05-27T12:57:00Z</dcterms:modified>
  <cp:category/>
</cp:coreProperties>
</file>